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46DB3" w14:textId="77777777" w:rsidR="00537786" w:rsidRPr="008450D3" w:rsidRDefault="00537786" w:rsidP="00537786">
      <w:pPr>
        <w:spacing w:after="0"/>
        <w:jc w:val="both"/>
        <w:rPr>
          <w:sz w:val="16"/>
          <w:szCs w:val="16"/>
        </w:rPr>
      </w:pPr>
    </w:p>
    <w:p w14:paraId="490837A0" w14:textId="36DABEA5" w:rsidR="008F0FBE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LUGAR Y FECHA DE LA PRESENTACIÓN DEL RECURSO DE REVISIÓN:</w:t>
      </w:r>
    </w:p>
    <w:p w14:paraId="03DFED74" w14:textId="77777777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</w:rPr>
      </w:pPr>
    </w:p>
    <w:p w14:paraId="1E6A82E3" w14:textId="0C822E8D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  <w:sz w:val="16"/>
          <w:szCs w:val="16"/>
        </w:rPr>
      </w:pPr>
      <w:r w:rsidRPr="008450D3">
        <w:rPr>
          <w:sz w:val="16"/>
          <w:szCs w:val="16"/>
        </w:rPr>
        <w:t xml:space="preserve">De conformidad con las disposiciones aplicables de la Ley de Protección de Datos Personales en Posesión de Sujetos Obligados del Estado de Quintana Roo, la </w:t>
      </w:r>
      <w:r w:rsidR="008450D3">
        <w:rPr>
          <w:sz w:val="16"/>
          <w:szCs w:val="16"/>
        </w:rPr>
        <w:t>A</w:t>
      </w:r>
      <w:r w:rsidRPr="008450D3">
        <w:rPr>
          <w:sz w:val="16"/>
          <w:szCs w:val="16"/>
        </w:rPr>
        <w:t xml:space="preserve">utoridad </w:t>
      </w:r>
      <w:r w:rsidR="008450D3">
        <w:rPr>
          <w:sz w:val="16"/>
          <w:szCs w:val="16"/>
        </w:rPr>
        <w:t>G</w:t>
      </w:r>
      <w:r w:rsidRPr="008450D3">
        <w:rPr>
          <w:sz w:val="16"/>
          <w:szCs w:val="16"/>
        </w:rPr>
        <w:t xml:space="preserve">arante </w:t>
      </w:r>
      <w:r w:rsidR="008450D3">
        <w:rPr>
          <w:sz w:val="16"/>
          <w:szCs w:val="16"/>
        </w:rPr>
        <w:t xml:space="preserve">Estatal </w:t>
      </w:r>
      <w:r w:rsidRPr="008450D3">
        <w:rPr>
          <w:sz w:val="16"/>
          <w:szCs w:val="16"/>
        </w:rPr>
        <w:t>competente tiene atribuciones para conocer, sustanciar y resolver los recursos de revisión que interpongan las personas titulares de los datos personales.</w:t>
      </w:r>
    </w:p>
    <w:p w14:paraId="5C5008EE" w14:textId="77777777" w:rsidR="008F0FBE" w:rsidRPr="008450D3" w:rsidRDefault="008F0FBE" w:rsidP="00D40ED4">
      <w:pPr>
        <w:spacing w:after="0" w:line="240" w:lineRule="auto"/>
        <w:ind w:right="-801"/>
        <w:jc w:val="both"/>
        <w:rPr>
          <w:b/>
          <w:sz w:val="18"/>
          <w:szCs w:val="18"/>
        </w:rPr>
      </w:pPr>
    </w:p>
    <w:p w14:paraId="33C0278E" w14:textId="087BB977" w:rsidR="004859E1" w:rsidRDefault="004D54B3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EL ÁREA RESPONS</w:t>
      </w:r>
      <w:r w:rsidR="008F0FBE" w:rsidRPr="008450D3">
        <w:rPr>
          <w:b/>
          <w:sz w:val="18"/>
          <w:szCs w:val="18"/>
        </w:rPr>
        <w:t>A</w:t>
      </w:r>
      <w:r w:rsidRPr="008450D3">
        <w:rPr>
          <w:b/>
          <w:sz w:val="18"/>
          <w:szCs w:val="18"/>
        </w:rPr>
        <w:t>BLE (SUJETO OBLIGADO) ANTE QUIEN SE PRESENTÓ LA SOLICITUD DE DERECHOS ARCO O DE PORTABILIDAD DE LOS DATOS PERSONALES.</w:t>
      </w:r>
    </w:p>
    <w:p w14:paraId="48B4DA7C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</w:p>
    <w:tbl>
      <w:tblPr>
        <w:tblW w:w="10482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8F0FBE" w:rsidRPr="008450D3" w14:paraId="1B3E8F5F" w14:textId="77777777" w:rsidTr="00FA3555">
        <w:trPr>
          <w:trHeight w:val="438"/>
          <w:jc w:val="center"/>
        </w:trPr>
        <w:tc>
          <w:tcPr>
            <w:tcW w:w="10482" w:type="dxa"/>
          </w:tcPr>
          <w:p w14:paraId="6DBA32DF" w14:textId="1B52798B" w:rsidR="008F0FBE" w:rsidRPr="008450D3" w:rsidRDefault="008F0FBE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560AE1C2" w14:textId="77777777" w:rsidR="00366297" w:rsidRPr="008450D3" w:rsidRDefault="00366297" w:rsidP="008F0FBE">
      <w:pPr>
        <w:spacing w:after="0" w:line="240" w:lineRule="auto"/>
        <w:ind w:left="-709"/>
        <w:jc w:val="both"/>
        <w:rPr>
          <w:b/>
        </w:rPr>
      </w:pPr>
    </w:p>
    <w:p w14:paraId="65BAF196" w14:textId="686717D9" w:rsidR="004859E1" w:rsidRDefault="00563BEA" w:rsidP="00FA3555">
      <w:pPr>
        <w:spacing w:after="0" w:line="240" w:lineRule="auto"/>
        <w:ind w:left="-709" w:right="-850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NOMBRE DE LA PERSONA </w:t>
      </w:r>
      <w:r w:rsidR="008F0FBE" w:rsidRPr="008450D3">
        <w:rPr>
          <w:b/>
          <w:sz w:val="18"/>
          <w:szCs w:val="18"/>
        </w:rPr>
        <w:t>TITULAR QUE RECURRE O SU REPRESENTANTE Y, EN SU CASO, DEL TERCERO INTERESADO.</w:t>
      </w:r>
    </w:p>
    <w:p w14:paraId="7112DBD7" w14:textId="77777777" w:rsidR="0018024D" w:rsidRPr="008450D3" w:rsidRDefault="0018024D" w:rsidP="008F0FBE">
      <w:pPr>
        <w:spacing w:after="0" w:line="240" w:lineRule="auto"/>
        <w:ind w:left="-709"/>
        <w:jc w:val="both"/>
        <w:rPr>
          <w:sz w:val="18"/>
          <w:szCs w:val="18"/>
        </w:rPr>
      </w:pPr>
    </w:p>
    <w:tbl>
      <w:tblPr>
        <w:tblW w:w="10482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4859E1" w:rsidRPr="008450D3" w14:paraId="6CEF53F0" w14:textId="77777777" w:rsidTr="00FA3555">
        <w:trPr>
          <w:jc w:val="center"/>
        </w:trPr>
        <w:tc>
          <w:tcPr>
            <w:tcW w:w="10482" w:type="dxa"/>
          </w:tcPr>
          <w:p w14:paraId="36D0FB59" w14:textId="727C54EE" w:rsidR="00E57CF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 la persona recurrente: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</w:t>
            </w:r>
          </w:p>
          <w:p w14:paraId="6E37D6DF" w14:textId="0B99FEDB" w:rsidR="00E57CF1" w:rsidRPr="008450D3" w:rsidRDefault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    Apellido materno</w:t>
            </w:r>
          </w:p>
          <w:p w14:paraId="4FD3018D" w14:textId="17764E73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493C186" w14:textId="77777777" w:rsidTr="00FA3555">
        <w:trPr>
          <w:jc w:val="center"/>
        </w:trPr>
        <w:tc>
          <w:tcPr>
            <w:tcW w:w="10482" w:type="dxa"/>
          </w:tcPr>
          <w:p w14:paraId="50A93D59" w14:textId="77777777" w:rsidR="008F0FBE" w:rsidRPr="008450D3" w:rsidRDefault="00563BEA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 xml:space="preserve">Nombre del Representante </w:t>
            </w:r>
            <w:r w:rsidR="00366297" w:rsidRPr="008450D3">
              <w:rPr>
                <w:b/>
                <w:bCs/>
                <w:sz w:val="16"/>
                <w:szCs w:val="16"/>
              </w:rPr>
              <w:t xml:space="preserve">Legal </w:t>
            </w:r>
            <w:r w:rsidRPr="008450D3">
              <w:rPr>
                <w:b/>
                <w:bCs/>
                <w:sz w:val="16"/>
                <w:szCs w:val="16"/>
              </w:rPr>
              <w:t>(en su caso):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</w:t>
            </w:r>
          </w:p>
          <w:p w14:paraId="2601DA9F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Apellido materno</w:t>
            </w:r>
          </w:p>
          <w:p w14:paraId="34741699" w14:textId="5B59DC8B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7E1C85B" w14:textId="77777777" w:rsidTr="00FA3555">
        <w:trPr>
          <w:jc w:val="center"/>
        </w:trPr>
        <w:tc>
          <w:tcPr>
            <w:tcW w:w="10482" w:type="dxa"/>
          </w:tcPr>
          <w:p w14:paraId="16AE6A3A" w14:textId="77777777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del Tercero interesado: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__________________________________________________________________________________</w:t>
            </w:r>
          </w:p>
          <w:p w14:paraId="38185381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 Apellido paterno                            Apellido materno</w:t>
            </w:r>
          </w:p>
          <w:p w14:paraId="137418A2" w14:textId="07FFEB7F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8F0FBE" w:rsidRPr="008450D3" w14:paraId="7007BED3" w14:textId="77777777" w:rsidTr="00FA3555">
        <w:trPr>
          <w:jc w:val="center"/>
        </w:trPr>
        <w:tc>
          <w:tcPr>
            <w:tcW w:w="1048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2F2F2" w:themeFill="background1" w:themeFillShade="F2"/>
          </w:tcPr>
          <w:p w14:paraId="2CEF366D" w14:textId="31D83E8A" w:rsidR="008F0FBE" w:rsidRPr="008450D3" w:rsidRDefault="008F0FBE" w:rsidP="002D52A4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>En su caso, indique si los datos son de una persona:</w:t>
            </w:r>
          </w:p>
        </w:tc>
      </w:tr>
      <w:tr w:rsidR="00366297" w:rsidRPr="008450D3" w14:paraId="40D6FC59" w14:textId="77777777" w:rsidTr="00FA3555">
        <w:trPr>
          <w:jc w:val="center"/>
        </w:trPr>
        <w:tc>
          <w:tcPr>
            <w:tcW w:w="1048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</w:tcPr>
          <w:p w14:paraId="433AC651" w14:textId="096B87D7" w:rsidR="00366297" w:rsidRPr="008450D3" w:rsidRDefault="00366297" w:rsidP="00C56CFE">
            <w:pPr>
              <w:spacing w:after="0"/>
              <w:rPr>
                <w:b/>
                <w:sz w:val="16"/>
                <w:szCs w:val="16"/>
              </w:rPr>
            </w:pP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Niñas, Niños o Adolescentes (Personas menores de 18 años)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  <w:t xml:space="preserve">[  ] </w:t>
            </w:r>
            <w:r w:rsidR="00C56CFE" w:rsidRPr="008B14FA">
              <w:rPr>
                <w:sz w:val="16"/>
                <w:szCs w:val="16"/>
              </w:rPr>
              <w:t>Persona con discapacidad que requiera apoyos para el ejercicio de su capacidad jurídica</w:t>
            </w:r>
            <w:r w:rsidR="00B647CA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  <w:t xml:space="preserve">[  ] Persona </w:t>
            </w:r>
            <w:r w:rsidR="0018024D" w:rsidRPr="008B14FA">
              <w:rPr>
                <w:sz w:val="16"/>
                <w:szCs w:val="16"/>
              </w:rPr>
              <w:t>f</w:t>
            </w:r>
            <w:r w:rsidRPr="008B14FA">
              <w:rPr>
                <w:sz w:val="16"/>
                <w:szCs w:val="16"/>
              </w:rPr>
              <w:t>allecida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br/>
            </w:r>
            <w:r w:rsidRPr="008B14FA">
              <w:rPr>
                <w:i/>
                <w:sz w:val="14"/>
                <w:szCs w:val="14"/>
              </w:rPr>
              <w:t>*Si seleccionó algunas de las opciones anteriores, véase "</w:t>
            </w:r>
            <w:r w:rsidR="00C56CFE" w:rsidRPr="008B14FA">
              <w:rPr>
                <w:i/>
                <w:sz w:val="14"/>
                <w:szCs w:val="14"/>
              </w:rPr>
              <w:t xml:space="preserve"> INFORMACIÓN GENERAL DE CARÁCTER ORIENTADOR </w:t>
            </w:r>
            <w:r w:rsidRPr="008B14FA">
              <w:rPr>
                <w:i/>
                <w:sz w:val="14"/>
                <w:szCs w:val="14"/>
              </w:rPr>
              <w:t>", para los requisitos aplicables a cada caso.</w:t>
            </w:r>
          </w:p>
        </w:tc>
      </w:tr>
    </w:tbl>
    <w:p w14:paraId="0A292B19" w14:textId="77777777" w:rsidR="00366297" w:rsidRPr="008450D3" w:rsidRDefault="00366297" w:rsidP="008F0FBE">
      <w:pPr>
        <w:spacing w:after="0" w:line="240" w:lineRule="auto"/>
        <w:ind w:left="-709" w:right="-801"/>
        <w:jc w:val="both"/>
        <w:rPr>
          <w:b/>
        </w:rPr>
      </w:pPr>
    </w:p>
    <w:p w14:paraId="65C772DA" w14:textId="47FE8460" w:rsidR="004859E1" w:rsidRDefault="00366297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DOMICILIO O MEDIO Y PERSONA AUTORIZADA POR LA PERSONA RECURRENTE PARA OÍR Y RECIBIR NOTIFICACIONES. (En la ciudad de Chetumal, Quintana Roo)</w:t>
      </w:r>
    </w:p>
    <w:p w14:paraId="25533568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76CC9343" w14:textId="77777777">
        <w:trPr>
          <w:jc w:val="center"/>
        </w:trPr>
        <w:tc>
          <w:tcPr>
            <w:tcW w:w="10368" w:type="dxa"/>
          </w:tcPr>
          <w:p w14:paraId="4296BF1F" w14:textId="77777777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  <w:p w14:paraId="2F8E07C3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577C51C3" w14:textId="77777777">
        <w:trPr>
          <w:jc w:val="center"/>
        </w:trPr>
        <w:tc>
          <w:tcPr>
            <w:tcW w:w="10368" w:type="dxa"/>
          </w:tcPr>
          <w:p w14:paraId="1BCD6654" w14:textId="77777777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  <w:p w14:paraId="213A5FDC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2283855B" w14:textId="77777777">
        <w:trPr>
          <w:jc w:val="center"/>
        </w:trPr>
        <w:tc>
          <w:tcPr>
            <w:tcW w:w="10368" w:type="dxa"/>
          </w:tcPr>
          <w:p w14:paraId="0AB25B4C" w14:textId="2CFEB1F6" w:rsidR="004859E1" w:rsidRPr="008450D3" w:rsidRDefault="00366297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Medios:</w:t>
            </w:r>
          </w:p>
          <w:p w14:paraId="4A4694DB" w14:textId="77777777" w:rsidR="00366297" w:rsidRPr="008450D3" w:rsidRDefault="00366297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Correo electrónico:________________________</w:t>
            </w:r>
            <w:r w:rsidRPr="008450D3">
              <w:rPr>
                <w:sz w:val="16"/>
                <w:szCs w:val="16"/>
              </w:rPr>
              <w:br/>
              <w:t xml:space="preserve">[  ] Estrados del </w:t>
            </w:r>
            <w:r w:rsidRPr="008450D3">
              <w:rPr>
                <w:color w:val="C00000"/>
                <w:sz w:val="16"/>
                <w:szCs w:val="16"/>
              </w:rPr>
              <w:t>(Nombre del Sujeto Obligado)</w:t>
            </w:r>
            <w:r w:rsidRPr="008450D3">
              <w:rPr>
                <w:sz w:val="16"/>
                <w:szCs w:val="16"/>
              </w:rPr>
              <w:br/>
              <w:t>[  ] Plataforma Nacional de Transparencia.</w:t>
            </w:r>
          </w:p>
          <w:p w14:paraId="575993AF" w14:textId="158D8B91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4BAE5023" w14:textId="77777777">
        <w:trPr>
          <w:jc w:val="center"/>
        </w:trPr>
        <w:tc>
          <w:tcPr>
            <w:tcW w:w="10368" w:type="dxa"/>
          </w:tcPr>
          <w:p w14:paraId="2A9FB34D" w14:textId="71338BB4" w:rsidR="004859E1" w:rsidRPr="008450D3" w:rsidRDefault="00563BEA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NOTA IMPORTANTE:</w:t>
            </w:r>
            <w:r w:rsidRPr="008450D3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8450D3">
              <w:rPr>
                <w:sz w:val="14"/>
                <w:szCs w:val="14"/>
              </w:rPr>
              <w:t xml:space="preserve"> la </w:t>
            </w:r>
            <w:r w:rsidR="00165C7E" w:rsidRPr="008450D3">
              <w:rPr>
                <w:color w:val="C00000"/>
                <w:sz w:val="14"/>
                <w:szCs w:val="14"/>
              </w:rPr>
              <w:t>Autoridad Garante Estatal.</w:t>
            </w:r>
          </w:p>
        </w:tc>
      </w:tr>
      <w:tr w:rsidR="004859E1" w:rsidRPr="008450D3" w14:paraId="6DE6B91C" w14:textId="77777777">
        <w:trPr>
          <w:jc w:val="center"/>
        </w:trPr>
        <w:tc>
          <w:tcPr>
            <w:tcW w:w="10368" w:type="dxa"/>
          </w:tcPr>
          <w:p w14:paraId="18F7826C" w14:textId="0F1831B3" w:rsidR="004859E1" w:rsidRPr="008450D3" w:rsidRDefault="00563BEA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  <w:r w:rsidR="00E57CF1" w:rsidRPr="008450D3">
              <w:rPr>
                <w:sz w:val="16"/>
                <w:szCs w:val="16"/>
              </w:rPr>
              <w:t>________________</w:t>
            </w:r>
          </w:p>
          <w:p w14:paraId="1F14C4CD" w14:textId="09840E5A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Apellido paterno               Apellido materno</w:t>
            </w:r>
          </w:p>
          <w:p w14:paraId="79452D45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69E7D4BE" w14:textId="77777777" w:rsidR="005372F3" w:rsidRPr="008450D3" w:rsidRDefault="005372F3" w:rsidP="005372F3">
      <w:pPr>
        <w:spacing w:after="0" w:line="240" w:lineRule="auto"/>
        <w:ind w:left="-709"/>
        <w:rPr>
          <w:b/>
        </w:rPr>
      </w:pPr>
    </w:p>
    <w:p w14:paraId="0A622436" w14:textId="2D1177DE" w:rsidR="004859E1" w:rsidRDefault="005372F3" w:rsidP="005372F3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FECHA EN QUE SE LE NOTIFICÓ LA RESPUESTA AL EJERCICIO DE </w:t>
      </w:r>
      <w:r w:rsidR="00E57CF1" w:rsidRPr="008450D3">
        <w:rPr>
          <w:b/>
          <w:sz w:val="18"/>
          <w:szCs w:val="18"/>
        </w:rPr>
        <w:t>LOS</w:t>
      </w:r>
      <w:r w:rsidRPr="008450D3">
        <w:rPr>
          <w:b/>
          <w:sz w:val="18"/>
          <w:szCs w:val="18"/>
        </w:rPr>
        <w:t xml:space="preserve"> DERECHOS ARCO O DE PORTABILIDAD</w:t>
      </w:r>
      <w:r w:rsidR="00E57CF1" w:rsidRPr="008450D3">
        <w:rPr>
          <w:b/>
          <w:sz w:val="18"/>
          <w:szCs w:val="18"/>
        </w:rPr>
        <w:t xml:space="preserve"> DE DATOS PERSONALES</w:t>
      </w:r>
      <w:r w:rsidRPr="008450D3">
        <w:rPr>
          <w:b/>
          <w:sz w:val="18"/>
          <w:szCs w:val="18"/>
        </w:rPr>
        <w:t>.</w:t>
      </w:r>
    </w:p>
    <w:p w14:paraId="0CAFB3E3" w14:textId="77777777" w:rsidR="0018024D" w:rsidRPr="008450D3" w:rsidRDefault="0018024D" w:rsidP="005372F3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372F3" w:rsidRPr="008450D3" w14:paraId="7DF27DF1" w14:textId="77777777" w:rsidTr="005372F3">
        <w:trPr>
          <w:jc w:val="center"/>
        </w:trPr>
        <w:tc>
          <w:tcPr>
            <w:tcW w:w="5184" w:type="dxa"/>
          </w:tcPr>
          <w:p w14:paraId="7CF69296" w14:textId="1750257C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Fecha en que fue notificada la respuesta a la persona </w:t>
            </w:r>
            <w:r w:rsidR="0018024D">
              <w:rPr>
                <w:sz w:val="16"/>
                <w:szCs w:val="16"/>
              </w:rPr>
              <w:t>titular:</w:t>
            </w:r>
            <w:r w:rsidRPr="008450D3">
              <w:rPr>
                <w:sz w:val="16"/>
                <w:szCs w:val="16"/>
              </w:rPr>
              <w:t xml:space="preserve">  </w:t>
            </w:r>
          </w:p>
          <w:p w14:paraId="16081814" w14:textId="2C24D904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36250642" w14:textId="77777777" w:rsidR="005372F3" w:rsidRPr="008450D3" w:rsidRDefault="005372F3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24D290B3" w14:textId="77777777" w:rsidR="005372F3" w:rsidRDefault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(DD/MM/AA)</w:t>
            </w:r>
          </w:p>
          <w:p w14:paraId="7213D580" w14:textId="4FAFE800" w:rsidR="0018024D" w:rsidRPr="008450D3" w:rsidRDefault="0018024D">
            <w:pPr>
              <w:spacing w:after="0"/>
              <w:rPr>
                <w:sz w:val="16"/>
                <w:szCs w:val="16"/>
              </w:rPr>
            </w:pPr>
          </w:p>
        </w:tc>
      </w:tr>
      <w:tr w:rsidR="00BA741C" w:rsidRPr="008450D3" w14:paraId="7180FCEE" w14:textId="77777777" w:rsidTr="00011A57">
        <w:trPr>
          <w:jc w:val="center"/>
        </w:trPr>
        <w:tc>
          <w:tcPr>
            <w:tcW w:w="5184" w:type="dxa"/>
          </w:tcPr>
          <w:p w14:paraId="52389F03" w14:textId="1E4C2F32" w:rsidR="00BA741C" w:rsidRPr="008450D3" w:rsidRDefault="0018024D" w:rsidP="00BA741C">
            <w:pPr>
              <w:spacing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En caso de</w:t>
            </w:r>
            <w:r w:rsidR="00BA741C" w:rsidRPr="008450D3">
              <w:rPr>
                <w:sz w:val="16"/>
                <w:szCs w:val="16"/>
              </w:rPr>
              <w:t xml:space="preserve"> falta de respuesta, señale la fecha en que presentó la solicitud para el ejercicio de los derechos ARCO o de Portabilidad</w:t>
            </w:r>
            <w:r>
              <w:rPr>
                <w:sz w:val="16"/>
                <w:szCs w:val="16"/>
              </w:rPr>
              <w:t xml:space="preserve"> de datos personales</w:t>
            </w:r>
            <w:r w:rsidR="00BA741C" w:rsidRPr="008450D3">
              <w:rPr>
                <w:sz w:val="16"/>
                <w:szCs w:val="16"/>
              </w:rPr>
              <w:t xml:space="preserve">: </w:t>
            </w:r>
          </w:p>
          <w:p w14:paraId="2426BF58" w14:textId="7C78C783" w:rsidR="00BA741C" w:rsidRPr="008450D3" w:rsidRDefault="00BA741C" w:rsidP="00BA741C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0F549FDE" w14:textId="77777777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5AD67CDC" w14:textId="3C85C17E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(DD/MM/AA)</w:t>
            </w:r>
          </w:p>
        </w:tc>
      </w:tr>
    </w:tbl>
    <w:p w14:paraId="7C741DB5" w14:textId="3FCBAFFE" w:rsidR="004859E1" w:rsidRDefault="004859E1" w:rsidP="005372F3">
      <w:pPr>
        <w:spacing w:after="0" w:line="240" w:lineRule="auto"/>
        <w:ind w:left="-709"/>
        <w:rPr>
          <w:b/>
        </w:rPr>
      </w:pPr>
    </w:p>
    <w:p w14:paraId="146E4792" w14:textId="1CEAB2A4" w:rsidR="005372F3" w:rsidRPr="008450D3" w:rsidRDefault="00E57CF1" w:rsidP="005372F3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 xml:space="preserve">EL </w:t>
      </w:r>
      <w:r w:rsidR="005372F3" w:rsidRPr="008450D3">
        <w:rPr>
          <w:b/>
          <w:sz w:val="18"/>
          <w:szCs w:val="18"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Default="004859E1">
            <w:pPr>
              <w:spacing w:after="0"/>
            </w:pPr>
          </w:p>
          <w:p w14:paraId="2F2CFB8A" w14:textId="77777777" w:rsidR="0018024D" w:rsidRDefault="0018024D">
            <w:pPr>
              <w:spacing w:after="0"/>
            </w:pPr>
          </w:p>
          <w:p w14:paraId="707854C3" w14:textId="77777777" w:rsidR="0018024D" w:rsidRPr="008450D3" w:rsidRDefault="0018024D">
            <w:pPr>
              <w:spacing w:after="0"/>
            </w:pPr>
          </w:p>
          <w:p w14:paraId="3D7CF186" w14:textId="77777777" w:rsidR="00E57CF1" w:rsidRPr="008450D3" w:rsidRDefault="00E57CF1">
            <w:pPr>
              <w:spacing w:after="0"/>
            </w:pPr>
          </w:p>
          <w:p w14:paraId="0DA4B4A6" w14:textId="58960F0A" w:rsidR="00DB348F" w:rsidRPr="008450D3" w:rsidRDefault="00646D55">
            <w:pPr>
              <w:spacing w:after="0"/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</w:tbl>
    <w:p w14:paraId="764EDF9A" w14:textId="77777777" w:rsidR="00D40ED4" w:rsidRPr="008450D3" w:rsidRDefault="00D40ED4" w:rsidP="00E57CF1">
      <w:pPr>
        <w:spacing w:after="0" w:line="240" w:lineRule="auto"/>
        <w:rPr>
          <w:b/>
          <w:sz w:val="18"/>
          <w:szCs w:val="18"/>
        </w:rPr>
      </w:pPr>
    </w:p>
    <w:p w14:paraId="27907D0E" w14:textId="04817AC1" w:rsidR="004859E1" w:rsidRPr="008450D3" w:rsidRDefault="00BA741C" w:rsidP="00BA741C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>EL RECURSO DE REVISIÓN PROCEDERÁ EN LOS SIGUIENTES SUPUESTOS:</w:t>
      </w: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222C767D" w14:textId="77777777" w:rsidTr="00D40ED4">
        <w:trPr>
          <w:trHeight w:val="3300"/>
          <w:jc w:val="center"/>
        </w:trPr>
        <w:tc>
          <w:tcPr>
            <w:tcW w:w="10368" w:type="dxa"/>
          </w:tcPr>
          <w:p w14:paraId="78E8C9B7" w14:textId="1B0FB38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clasifiquen como confidenciales los datos personales sin que se cumplan las características señaladas en las disposiciones jurídicas aplicables</w:t>
            </w:r>
            <w:r w:rsidR="00677E4F">
              <w:rPr>
                <w:sz w:val="16"/>
                <w:szCs w:val="16"/>
              </w:rPr>
              <w:t>.</w:t>
            </w:r>
          </w:p>
          <w:p w14:paraId="158F653F" w14:textId="6349A6D2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inexistencia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92BEDCA" w14:textId="40D2147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incompetencia por el responsable</w:t>
            </w:r>
            <w:r w:rsidR="00677E4F">
              <w:rPr>
                <w:sz w:val="16"/>
                <w:szCs w:val="16"/>
              </w:rPr>
              <w:t>.</w:t>
            </w:r>
          </w:p>
          <w:p w14:paraId="654E384B" w14:textId="60207E4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incompletos</w:t>
            </w:r>
            <w:r w:rsidR="00677E4F">
              <w:rPr>
                <w:sz w:val="16"/>
                <w:szCs w:val="16"/>
              </w:rPr>
              <w:t>.</w:t>
            </w:r>
          </w:p>
          <w:p w14:paraId="04D29441" w14:textId="4600D468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que no correspondan con lo solicitado</w:t>
            </w:r>
            <w:r w:rsidR="00677E4F">
              <w:rPr>
                <w:sz w:val="16"/>
                <w:szCs w:val="16"/>
              </w:rPr>
              <w:t>.</w:t>
            </w:r>
          </w:p>
          <w:p w14:paraId="1D8E3085" w14:textId="6C260C0B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niegue el acceso, rectificación, cancelación u oposición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72E82CEA" w14:textId="0EDAA65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dé respuesta a una solicitud para el ejercicio de los derechos ARCO dentro de los plazos establecidos en la presente Ley y demás disposiciones aplicables en la materia</w:t>
            </w:r>
            <w:r w:rsidR="00677E4F">
              <w:rPr>
                <w:sz w:val="16"/>
                <w:szCs w:val="16"/>
              </w:rPr>
              <w:t>.</w:t>
            </w:r>
          </w:p>
          <w:p w14:paraId="500FFB9A" w14:textId="15418BE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 o ponga a disposición datos personales en una modalidad o formato distinto al solicitado, o en un formato incomprensible</w:t>
            </w:r>
            <w:r w:rsidR="00677E4F">
              <w:rPr>
                <w:sz w:val="16"/>
                <w:szCs w:val="16"/>
              </w:rPr>
              <w:t>.</w:t>
            </w:r>
          </w:p>
          <w:p w14:paraId="103420AF" w14:textId="6ECEA116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La persona titular se inconforme con los costos de reproducción, envío o tiempos de entrega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AD695F8" w14:textId="05CEE70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obstaculice el ejercicio de los derechos ARCO, a pesar de que fue notificada la procedencia de los mismos</w:t>
            </w:r>
            <w:r w:rsidR="00677E4F">
              <w:rPr>
                <w:sz w:val="16"/>
                <w:szCs w:val="16"/>
              </w:rPr>
              <w:t>.</w:t>
            </w:r>
          </w:p>
          <w:p w14:paraId="55440E01" w14:textId="354B3D27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</w:t>
            </w:r>
            <w:r w:rsidR="00677E4F">
              <w:rPr>
                <w:sz w:val="16"/>
                <w:szCs w:val="16"/>
              </w:rPr>
              <w:t>é</w:t>
            </w:r>
            <w:r w:rsidRPr="008450D3">
              <w:rPr>
                <w:sz w:val="16"/>
                <w:szCs w:val="16"/>
              </w:rPr>
              <w:t xml:space="preserve"> trámite a una solicitud para el ejercicio de los derechos ARCO</w:t>
            </w:r>
            <w:r w:rsidR="00677E4F">
              <w:rPr>
                <w:sz w:val="16"/>
                <w:szCs w:val="16"/>
              </w:rPr>
              <w:t>.</w:t>
            </w:r>
          </w:p>
          <w:p w14:paraId="7E8BA7C3" w14:textId="26480DEE" w:rsidR="00DB348F" w:rsidRPr="008450D3" w:rsidRDefault="00677E4F" w:rsidP="00DB348F">
            <w:pPr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En los demás casos que disponga la legislación aplicable.</w:t>
            </w:r>
          </w:p>
          <w:p w14:paraId="6D1A39E8" w14:textId="14D9D9B4" w:rsidR="00646D55" w:rsidRPr="008450D3" w:rsidRDefault="00DB348F" w:rsidP="00DB348F">
            <w:pPr>
              <w:rPr>
                <w:b/>
                <w:bCs/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</w:t>
            </w:r>
            <w:r w:rsidR="00646D55" w:rsidRPr="008450D3">
              <w:rPr>
                <w:b/>
                <w:bCs/>
                <w:sz w:val="14"/>
                <w:szCs w:val="14"/>
              </w:rPr>
              <w:t>s</w:t>
            </w:r>
            <w:r w:rsidR="00D40ED4" w:rsidRPr="008450D3">
              <w:rPr>
                <w:b/>
                <w:bCs/>
                <w:sz w:val="14"/>
                <w:szCs w:val="14"/>
              </w:rPr>
              <w:t>.</w:t>
            </w:r>
          </w:p>
        </w:tc>
      </w:tr>
      <w:tr w:rsidR="004859E1" w:rsidRPr="008450D3" w14:paraId="54F6CF7A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1ECA60F8" w14:textId="6A5E1638" w:rsidR="004859E1" w:rsidRPr="008450D3" w:rsidRDefault="00646D55" w:rsidP="00646D5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450D3">
              <w:rPr>
                <w:b/>
                <w:sz w:val="18"/>
                <w:szCs w:val="18"/>
              </w:rPr>
              <w:t>PUNTOS PETITORIOS</w:t>
            </w:r>
          </w:p>
        </w:tc>
      </w:tr>
      <w:tr w:rsidR="004859E1" w:rsidRPr="008450D3" w14:paraId="732F0A5F" w14:textId="77777777" w:rsidTr="00646D55">
        <w:trPr>
          <w:jc w:val="center"/>
        </w:trPr>
        <w:tc>
          <w:tcPr>
            <w:tcW w:w="10368" w:type="dxa"/>
          </w:tcPr>
          <w:p w14:paraId="3A727DF6" w14:textId="77777777" w:rsidR="004859E1" w:rsidRPr="008450D3" w:rsidRDefault="004859E1">
            <w:pPr>
              <w:spacing w:after="0"/>
              <w:rPr>
                <w:sz w:val="16"/>
                <w:szCs w:val="16"/>
              </w:rPr>
            </w:pPr>
          </w:p>
          <w:p w14:paraId="0C332F24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25533A9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98CEE1E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7F53835E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C0F3AE9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FB11533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1B825CCE" w14:textId="04C86D7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4083A06C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E0CEA42" w14:textId="5D7EEA58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RAZONES O MOTIVOS DE INCONFORMIDAD</w:t>
            </w:r>
          </w:p>
        </w:tc>
      </w:tr>
      <w:tr w:rsidR="00646D55" w:rsidRPr="008450D3" w14:paraId="769324C8" w14:textId="77777777" w:rsidTr="00646D55">
        <w:trPr>
          <w:jc w:val="center"/>
        </w:trPr>
        <w:tc>
          <w:tcPr>
            <w:tcW w:w="10368" w:type="dxa"/>
          </w:tcPr>
          <w:p w14:paraId="03AC46E0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224D862B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D384FCA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56C0448B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7660A418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0A4C930F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7221638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4AE1CCA" w14:textId="6307E73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511DE191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47A410A" w14:textId="72D41132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EN SU CASO, COPIA DE LA RESPUESTA QUE SE IMPUGNA Y DE LA NOTIFICACIÓN CORRESPONDIENTE. SEÑALE LOS DOCUMENTOS QUE SE ACOMPAÑAN O ANEXAN</w:t>
            </w:r>
            <w:r w:rsidR="00E57CF1" w:rsidRPr="008450D3">
              <w:rPr>
                <w:b/>
                <w:sz w:val="18"/>
                <w:szCs w:val="18"/>
              </w:rPr>
              <w:t>.</w:t>
            </w:r>
          </w:p>
        </w:tc>
      </w:tr>
      <w:tr w:rsidR="00646D55" w:rsidRPr="008450D3" w14:paraId="37DBFF62" w14:textId="77777777" w:rsidTr="00D46ABF">
        <w:trPr>
          <w:trHeight w:val="415"/>
          <w:jc w:val="center"/>
        </w:trPr>
        <w:tc>
          <w:tcPr>
            <w:tcW w:w="10368" w:type="dxa"/>
          </w:tcPr>
          <w:p w14:paraId="7E132B3A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Solicitud de ejercicio de derechos ARCO.</w:t>
            </w:r>
          </w:p>
          <w:p w14:paraId="406E59DD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Acto o resolución emitida por el sujeto obligado.</w:t>
            </w:r>
          </w:p>
          <w:p w14:paraId="647A4E9F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Copias de traslado (en su caso).</w:t>
            </w:r>
          </w:p>
          <w:p w14:paraId="432713B6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Otras pruebas que consideren procedentes.</w:t>
            </w:r>
          </w:p>
          <w:p w14:paraId="026355B7" w14:textId="351CBC37" w:rsidR="00646D55" w:rsidRPr="008450D3" w:rsidRDefault="00646D55" w:rsidP="00D46ABF">
            <w:pPr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lastRenderedPageBreak/>
              <w:t>En su caso, detallar otras pruebas y elementos que se consideren procedentes o necesarias hacer de</w:t>
            </w:r>
            <w:r w:rsidR="00D46ABF">
              <w:rPr>
                <w:sz w:val="16"/>
                <w:szCs w:val="16"/>
              </w:rPr>
              <w:t>l</w:t>
            </w:r>
            <w:r w:rsidRPr="008450D3">
              <w:rPr>
                <w:sz w:val="16"/>
                <w:szCs w:val="16"/>
              </w:rPr>
              <w:t xml:space="preserve"> conocimiento de</w:t>
            </w:r>
            <w:r w:rsidR="00FA3555">
              <w:rPr>
                <w:sz w:val="16"/>
                <w:szCs w:val="16"/>
              </w:rPr>
              <w:t>l Instituto Quintanarroense de Transparencia para el Pueblo.</w:t>
            </w:r>
          </w:p>
        </w:tc>
      </w:tr>
    </w:tbl>
    <w:p w14:paraId="65051AFA" w14:textId="77777777" w:rsidR="00E8024F" w:rsidRPr="008450D3" w:rsidRDefault="00E8024F">
      <w:pPr>
        <w:spacing w:after="0" w:line="240" w:lineRule="auto"/>
        <w:rPr>
          <w:b/>
        </w:rPr>
      </w:pPr>
    </w:p>
    <w:p w14:paraId="512C1893" w14:textId="517107B0" w:rsidR="004859E1" w:rsidRDefault="00F92715" w:rsidP="00D40ED4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DOCUMENTOS QUE ACREDIT</w:t>
      </w:r>
      <w:r w:rsidR="00B647CA">
        <w:rPr>
          <w:b/>
          <w:sz w:val="18"/>
          <w:szCs w:val="18"/>
        </w:rPr>
        <w:t>E</w:t>
      </w:r>
      <w:r w:rsidRPr="008450D3">
        <w:rPr>
          <w:b/>
          <w:sz w:val="18"/>
          <w:szCs w:val="18"/>
        </w:rPr>
        <w:t xml:space="preserve">N LA IDENTIDAD DE LA PERSONA TITULAR </w:t>
      </w:r>
    </w:p>
    <w:p w14:paraId="2D656E34" w14:textId="77777777" w:rsidR="00B647CA" w:rsidRPr="008450D3" w:rsidRDefault="00B647CA" w:rsidP="00D40ED4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549E7B48" w14:textId="77777777" w:rsidTr="00F92715">
        <w:trPr>
          <w:jc w:val="center"/>
        </w:trPr>
        <w:tc>
          <w:tcPr>
            <w:tcW w:w="10368" w:type="dxa"/>
          </w:tcPr>
          <w:p w14:paraId="12CDA350" w14:textId="08BF1380" w:rsidR="00A64D51" w:rsidRDefault="00F92715" w:rsidP="00FB3D6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00FB3D68">
              <w:rPr>
                <w:sz w:val="16"/>
                <w:szCs w:val="16"/>
              </w:rPr>
              <w:t>[  ]</w:t>
            </w:r>
            <w:proofErr w:type="gramEnd"/>
            <w:r w:rsidRPr="00FB3D68">
              <w:rPr>
                <w:sz w:val="16"/>
                <w:szCs w:val="16"/>
              </w:rPr>
              <w:t xml:space="preserve"> </w:t>
            </w:r>
            <w:r w:rsidR="00A64D51">
              <w:rPr>
                <w:sz w:val="16"/>
                <w:szCs w:val="16"/>
              </w:rPr>
              <w:t>Credencial para Votar, válida y vigente</w:t>
            </w:r>
            <w:r w:rsidR="00E67EC1">
              <w:rPr>
                <w:sz w:val="16"/>
                <w:szCs w:val="16"/>
              </w:rPr>
              <w:t>, emitida por el Instituto Nacional Electoral (INE).</w:t>
            </w:r>
          </w:p>
          <w:p w14:paraId="4A8CB825" w14:textId="0E53D9B4" w:rsidR="00F92715" w:rsidRPr="00FB3D68" w:rsidRDefault="00A64D51" w:rsidP="00FB3D6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FB3D68" w:rsidRPr="00FB3D68">
              <w:rPr>
                <w:sz w:val="16"/>
                <w:szCs w:val="16"/>
              </w:rPr>
              <w:t>Pasaporte válido y vigente Pasaporte válido y vigente</w:t>
            </w:r>
            <w:r>
              <w:rPr>
                <w:sz w:val="16"/>
                <w:szCs w:val="16"/>
              </w:rPr>
              <w:t>.</w:t>
            </w:r>
          </w:p>
          <w:p w14:paraId="6FA60BCE" w14:textId="709ABE3D" w:rsidR="00E67EC1" w:rsidRDefault="00F92715" w:rsidP="00F92715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Carta de naturalización, expedida por la Secretaría de Relaciones Exteriores.</w:t>
            </w:r>
          </w:p>
          <w:p w14:paraId="49BF0A58" w14:textId="5685282F" w:rsidR="00A64D51" w:rsidRDefault="00E67EC1" w:rsidP="00F92715">
            <w:pPr>
              <w:spacing w:after="0" w:line="240" w:lineRule="auto"/>
              <w:rPr>
                <w:rFonts w:cs="Arial"/>
                <w:b/>
                <w:bCs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A64D51" w:rsidRPr="00A64D51">
              <w:rPr>
                <w:sz w:val="16"/>
                <w:szCs w:val="16"/>
              </w:rPr>
              <w:t>Cartilla del Servicio Militar Nacional, expedida por la Secretaría de Defensa Nacional.</w:t>
            </w:r>
            <w:r w:rsidR="00A64D51" w:rsidRPr="00A64D51">
              <w:rPr>
                <w:rFonts w:cs="Arial"/>
                <w:b/>
                <w:bCs/>
              </w:rPr>
              <w:t xml:space="preserve"> </w:t>
            </w:r>
          </w:p>
          <w:p w14:paraId="3A93FC23" w14:textId="00F7879B" w:rsidR="00A64D51" w:rsidRPr="00A64D51" w:rsidRDefault="00A64D51" w:rsidP="00F92715">
            <w:pPr>
              <w:spacing w:after="0" w:line="240" w:lineRule="auto"/>
              <w:rPr>
                <w:rFonts w:cs="Arial"/>
              </w:rPr>
            </w:pPr>
            <w:proofErr w:type="gramStart"/>
            <w:r w:rsidRPr="00A64D51">
              <w:rPr>
                <w:rFonts w:cs="Arial"/>
                <w:sz w:val="16"/>
                <w:szCs w:val="16"/>
              </w:rPr>
              <w:t>[  ]</w:t>
            </w:r>
            <w:proofErr w:type="gramEnd"/>
            <w:r w:rsidRPr="00A64D51">
              <w:rPr>
                <w:rFonts w:cs="Arial"/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>Identificación oficial vigente con fotografía y firma, expedida por el gobierno federal, estatal o municipal que tenga impresa la CURP.</w:t>
            </w:r>
          </w:p>
          <w:p w14:paraId="593A22A6" w14:textId="6FCA1CC1" w:rsidR="00F92715" w:rsidRPr="008450D3" w:rsidRDefault="00A64D51" w:rsidP="00F92715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 xml:space="preserve">Tratándose de persona extranjera </w:t>
            </w:r>
            <w:r w:rsidR="00E67EC1">
              <w:rPr>
                <w:sz w:val="16"/>
                <w:szCs w:val="16"/>
              </w:rPr>
              <w:t xml:space="preserve">con situación migratoria regular, </w:t>
            </w:r>
            <w:r w:rsidRPr="00A64D51">
              <w:rPr>
                <w:sz w:val="16"/>
                <w:szCs w:val="16"/>
              </w:rPr>
              <w:t>el documento migratorio vigente que corresponda, emitido por la autoridad competente</w:t>
            </w:r>
            <w:r>
              <w:rPr>
                <w:sz w:val="16"/>
                <w:szCs w:val="16"/>
              </w:rPr>
              <w:t>.</w:t>
            </w:r>
          </w:p>
          <w:p w14:paraId="68566AA4" w14:textId="722425C6" w:rsidR="00A64D51" w:rsidRDefault="00F92715" w:rsidP="00A64D5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Tratándose de persona extranjera con situación migratoria irregular, el d</w:t>
            </w:r>
            <w:r w:rsidR="00A64D51" w:rsidRPr="00A64D51">
              <w:rPr>
                <w:sz w:val="16"/>
                <w:szCs w:val="16"/>
              </w:rPr>
              <w:t>ocumento oficial de identidad vigente, expedido por el país de origen (ejemplos enunciativos, mas no limitativos: cédula de identidad, documento nacional de identidad o documento personal de identificación).</w:t>
            </w:r>
          </w:p>
          <w:p w14:paraId="409EF492" w14:textId="1D1E5B8C" w:rsidR="005F4383" w:rsidRDefault="005F4383" w:rsidP="005F4383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[  </w:t>
            </w:r>
            <w:r w:rsidRPr="008450D3">
              <w:rPr>
                <w:sz w:val="16"/>
                <w:szCs w:val="16"/>
              </w:rPr>
              <w:t>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>Firma electrónica avanzada (</w:t>
            </w:r>
            <w:proofErr w:type="spellStart"/>
            <w:r w:rsidRPr="00C56CFE">
              <w:rPr>
                <w:sz w:val="16"/>
                <w:szCs w:val="16"/>
              </w:rPr>
              <w:t>e.firma</w:t>
            </w:r>
            <w:proofErr w:type="spellEnd"/>
            <w:r w:rsidRPr="00C56CFE">
              <w:rPr>
                <w:sz w:val="16"/>
                <w:szCs w:val="16"/>
              </w:rPr>
              <w:t xml:space="preserve">) emitida por el Servicio de Administración Tributaria (SAT), o, en su caso, el mecanismo de identificación o instrumento electrónico reconocido por la normativa aplicable. </w:t>
            </w:r>
          </w:p>
          <w:p w14:paraId="2D195810" w14:textId="67198B99" w:rsidR="005F4383" w:rsidRDefault="005F4383" w:rsidP="005F4383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Mecanismos de autenticación autorizados por las Autoridades Garantes Estatales, según corr</w:t>
            </w:r>
            <w:r w:rsidR="008B14FA">
              <w:rPr>
                <w:sz w:val="16"/>
                <w:szCs w:val="16"/>
              </w:rPr>
              <w:t>esp</w:t>
            </w:r>
            <w:r>
              <w:rPr>
                <w:sz w:val="16"/>
                <w:szCs w:val="16"/>
              </w:rPr>
              <w:t>onda, mediante acuerdo publicado en el Periódico Oficial del Estado de Quintana Roo.</w:t>
            </w:r>
            <w:r w:rsidRPr="008450D3">
              <w:rPr>
                <w:sz w:val="16"/>
                <w:szCs w:val="16"/>
              </w:rPr>
              <w:t xml:space="preserve"> </w:t>
            </w:r>
          </w:p>
          <w:p w14:paraId="67DDF70F" w14:textId="77777777" w:rsidR="005F4383" w:rsidRDefault="005F4383" w:rsidP="00A64D51">
            <w:pPr>
              <w:spacing w:after="0" w:line="240" w:lineRule="auto"/>
              <w:rPr>
                <w:sz w:val="16"/>
                <w:szCs w:val="16"/>
              </w:rPr>
            </w:pPr>
          </w:p>
          <w:p w14:paraId="041A7719" w14:textId="5CBEBA89" w:rsid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CUANDO LA PERSONA TITULAR ACTÚE MEDIANTE REPRESENTANTE, ESTE DEBERÁ ACREDITAR SU PERSONALIDAD EN LOS SIGUIENTES TÉRMINOS:</w:t>
            </w:r>
          </w:p>
          <w:p w14:paraId="54011F38" w14:textId="77777777" w:rsidR="005F4383" w:rsidRP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5CDB3026" w14:textId="4BF15C48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física, a través de carta poder simple suscrita ante dos testigos anexando copia simple de las identificaciones oficiales de quienes intervengan en la suscripción de este, instrumento público, o declaración en compare</w:t>
            </w:r>
            <w:r w:rsidR="008B14FA">
              <w:rPr>
                <w:sz w:val="16"/>
                <w:szCs w:val="16"/>
              </w:rPr>
              <w:t>ce</w:t>
            </w:r>
            <w:r w:rsidRPr="005F4383">
              <w:rPr>
                <w:sz w:val="16"/>
                <w:szCs w:val="16"/>
              </w:rPr>
              <w:t xml:space="preserve">ncia personal de la persona titular de los datos personales y de su representante ante las Autoridades Garantes Estatales. </w:t>
            </w:r>
          </w:p>
          <w:p w14:paraId="5AFE0342" w14:textId="77777777" w:rsidR="005F4383" w:rsidRP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4BB85114" w14:textId="77777777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moral, mediante Instrumento Público.</w:t>
            </w:r>
          </w:p>
          <w:p w14:paraId="3F767807" w14:textId="77777777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10C801C7" w14:textId="0C1D0C22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CUANDO SE ACTÚE EN REPRESENTACIÓN DE NIÑOS, NIÑAS Y ADOLESCENTES, </w:t>
            </w:r>
            <w:r w:rsidRPr="000D6E32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  <w:r>
              <w:rPr>
                <w:b/>
                <w:bCs/>
                <w:sz w:val="16"/>
                <w:szCs w:val="16"/>
              </w:rPr>
              <w:t xml:space="preserve"> Y PERSONAS FALLECIDAS, </w:t>
            </w:r>
            <w:r>
              <w:rPr>
                <w:sz w:val="16"/>
                <w:szCs w:val="16"/>
              </w:rPr>
              <w:t xml:space="preserve">observar </w:t>
            </w:r>
            <w:r w:rsidR="008B14FA">
              <w:rPr>
                <w:sz w:val="16"/>
                <w:szCs w:val="16"/>
              </w:rPr>
              <w:t xml:space="preserve">el anexo denominado: </w:t>
            </w:r>
            <w:r w:rsidR="008B14FA" w:rsidRPr="008B14FA">
              <w:rPr>
                <w:b/>
                <w:bCs/>
                <w:sz w:val="16"/>
                <w:szCs w:val="16"/>
              </w:rPr>
              <w:t>I</w:t>
            </w:r>
            <w:r w:rsidRPr="008B14FA">
              <w:rPr>
                <w:b/>
                <w:bCs/>
                <w:sz w:val="16"/>
                <w:szCs w:val="16"/>
              </w:rPr>
              <w:t xml:space="preserve">nformación </w:t>
            </w:r>
            <w:r w:rsidR="008B14FA" w:rsidRPr="008B14FA">
              <w:rPr>
                <w:b/>
                <w:bCs/>
                <w:sz w:val="16"/>
                <w:szCs w:val="16"/>
              </w:rPr>
              <w:t>G</w:t>
            </w:r>
            <w:r w:rsidRPr="008B14FA">
              <w:rPr>
                <w:b/>
                <w:bCs/>
                <w:sz w:val="16"/>
                <w:szCs w:val="16"/>
              </w:rPr>
              <w:t xml:space="preserve">eneral de </w:t>
            </w:r>
            <w:r w:rsidR="008B14FA" w:rsidRPr="008B14FA">
              <w:rPr>
                <w:b/>
                <w:bCs/>
                <w:sz w:val="16"/>
                <w:szCs w:val="16"/>
              </w:rPr>
              <w:t>C</w:t>
            </w:r>
            <w:r w:rsidRPr="008B14FA">
              <w:rPr>
                <w:b/>
                <w:bCs/>
                <w:sz w:val="16"/>
                <w:szCs w:val="16"/>
              </w:rPr>
              <w:t xml:space="preserve">arácter </w:t>
            </w:r>
            <w:r w:rsidR="008B14FA" w:rsidRPr="008B14FA">
              <w:rPr>
                <w:b/>
                <w:bCs/>
                <w:sz w:val="16"/>
                <w:szCs w:val="16"/>
              </w:rPr>
              <w:t>O</w:t>
            </w:r>
            <w:r w:rsidRPr="008B14FA">
              <w:rPr>
                <w:b/>
                <w:bCs/>
                <w:sz w:val="16"/>
                <w:szCs w:val="16"/>
              </w:rPr>
              <w:t>rientador.</w:t>
            </w:r>
          </w:p>
          <w:p w14:paraId="23B79366" w14:textId="795D044E" w:rsidR="000D6E32" w:rsidRP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91765" w:rsidRPr="008450D3" w14:paraId="4B2A2D7F" w14:textId="77777777" w:rsidTr="00F92715">
        <w:trPr>
          <w:jc w:val="center"/>
        </w:trPr>
        <w:tc>
          <w:tcPr>
            <w:tcW w:w="10368" w:type="dxa"/>
          </w:tcPr>
          <w:p w14:paraId="0B7CBB4D" w14:textId="69320697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TIPO DE DERECHOS EJERCIDOS (ARCO y de Portabilidad)</w:t>
            </w:r>
          </w:p>
        </w:tc>
      </w:tr>
      <w:tr w:rsidR="00191765" w:rsidRPr="008450D3" w14:paraId="75AF54AF" w14:textId="77777777" w:rsidTr="00F92715">
        <w:trPr>
          <w:jc w:val="center"/>
        </w:trPr>
        <w:tc>
          <w:tcPr>
            <w:tcW w:w="10368" w:type="dxa"/>
          </w:tcPr>
          <w:p w14:paraId="6D6924A2" w14:textId="7E945BDF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</w:t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Acceso                    [  ] Rectificación                     [  ] Cancelación                      [  ] Oposición                           [  ] De Portabilidad   </w:t>
            </w:r>
          </w:p>
        </w:tc>
      </w:tr>
    </w:tbl>
    <w:p w14:paraId="2BA13732" w14:textId="77777777" w:rsidR="00191765" w:rsidRPr="008450D3" w:rsidRDefault="00191765" w:rsidP="00191765">
      <w:pPr>
        <w:spacing w:line="240" w:lineRule="auto"/>
        <w:jc w:val="both"/>
        <w:rPr>
          <w:i/>
          <w:sz w:val="12"/>
          <w:szCs w:val="12"/>
        </w:rPr>
      </w:pPr>
    </w:p>
    <w:p w14:paraId="4BA55AEB" w14:textId="77777777" w:rsidR="009C1506" w:rsidRPr="008450D3" w:rsidRDefault="009C1506" w:rsidP="00191765">
      <w:pPr>
        <w:spacing w:line="240" w:lineRule="auto"/>
        <w:ind w:left="-851"/>
        <w:rPr>
          <w:i/>
          <w:sz w:val="12"/>
          <w:szCs w:val="12"/>
        </w:rPr>
      </w:pPr>
    </w:p>
    <w:p w14:paraId="056696CA" w14:textId="77777777" w:rsidR="00537786" w:rsidRPr="008450D3" w:rsidRDefault="00537786" w:rsidP="00537786">
      <w:pPr>
        <w:spacing w:after="0" w:line="240" w:lineRule="auto"/>
        <w:ind w:left="-709" w:right="-801"/>
        <w:jc w:val="both"/>
        <w:rPr>
          <w:bCs/>
        </w:rPr>
      </w:pPr>
      <w:r w:rsidRPr="008450D3">
        <w:rPr>
          <w:bCs/>
        </w:rPr>
        <w:t>En la Ciudad de _________________municipio ________________, Estado de ______________</w:t>
      </w:r>
      <w:proofErr w:type="gramStart"/>
      <w:r w:rsidRPr="008450D3">
        <w:rPr>
          <w:bCs/>
        </w:rPr>
        <w:t>_,a</w:t>
      </w:r>
      <w:proofErr w:type="gramEnd"/>
      <w:r w:rsidRPr="008450D3">
        <w:rPr>
          <w:bCs/>
        </w:rPr>
        <w:t xml:space="preserve"> ___________ del mes de _____________ del año ____________.</w:t>
      </w:r>
    </w:p>
    <w:p w14:paraId="0AB18A7C" w14:textId="6DA96B3F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0680FC63" w14:textId="77777777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630B8A21" w14:textId="7819A073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NOMBRE Y FIRMA</w:t>
      </w:r>
    </w:p>
    <w:p w14:paraId="0679BD2D" w14:textId="4022F524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(En caso de no saber firmar, bastará con la huella digital)</w:t>
      </w:r>
    </w:p>
    <w:p w14:paraId="0ACE2D53" w14:textId="77777777" w:rsidR="009C1506" w:rsidRPr="008450D3" w:rsidRDefault="009C1506" w:rsidP="009C1506">
      <w:pPr>
        <w:spacing w:after="0" w:line="240" w:lineRule="auto"/>
        <w:rPr>
          <w:b/>
        </w:rPr>
      </w:pPr>
    </w:p>
    <w:p w14:paraId="376566CE" w14:textId="77777777" w:rsidR="00537786" w:rsidRPr="008450D3" w:rsidRDefault="00537786" w:rsidP="00537786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 xml:space="preserve">*En el caso de que el Recurso de Revisión se interponga ante la Unidad de Transparencia del </w:t>
      </w:r>
      <w:proofErr w:type="gramStart"/>
      <w:r w:rsidRPr="008450D3">
        <w:rPr>
          <w:i/>
          <w:sz w:val="12"/>
          <w:szCs w:val="12"/>
        </w:rPr>
        <w:t>Responsable</w:t>
      </w:r>
      <w:proofErr w:type="gramEnd"/>
      <w:r w:rsidRPr="008450D3">
        <w:rPr>
          <w:i/>
          <w:sz w:val="12"/>
          <w:szCs w:val="12"/>
        </w:rPr>
        <w:t xml:space="preserve"> que haya conocido de la solicitud para el ejercicio de los Derechos ARCO, ésta deberá remitirlo al Instituto a más tardar al día siguiente de haberlo recibido. (Art. 110 último párrafo de la LPDPPSOQROO)</w:t>
      </w:r>
    </w:p>
    <w:p w14:paraId="49C116BA" w14:textId="42ABFD8A" w:rsidR="00537786" w:rsidRPr="008450D3" w:rsidRDefault="00537786" w:rsidP="00537786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>* Los datos marcados con * son opcionales.</w:t>
      </w:r>
    </w:p>
    <w:p w14:paraId="77A97A98" w14:textId="77777777" w:rsidR="009C1506" w:rsidRPr="008450D3" w:rsidRDefault="009C1506" w:rsidP="009C1506">
      <w:pPr>
        <w:spacing w:after="0" w:line="240" w:lineRule="auto"/>
        <w:rPr>
          <w:b/>
        </w:rPr>
      </w:pPr>
    </w:p>
    <w:p w14:paraId="3052298B" w14:textId="77777777" w:rsidR="00537786" w:rsidRPr="008450D3" w:rsidRDefault="00537786" w:rsidP="009C1506">
      <w:pPr>
        <w:spacing w:after="0" w:line="240" w:lineRule="auto"/>
        <w:rPr>
          <w:b/>
        </w:rPr>
      </w:pPr>
    </w:p>
    <w:tbl>
      <w:tblPr>
        <w:tblpPr w:leftFromText="141" w:rightFromText="141" w:vertAnchor="text" w:horzAnchor="page" w:tblpX="6249" w:tblpY="121"/>
        <w:tblW w:w="5314" w:type="dxa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2657"/>
      </w:tblGrid>
      <w:tr w:rsidR="000D6E32" w:rsidRPr="008450D3" w14:paraId="20222D08" w14:textId="77777777" w:rsidTr="000D6E32">
        <w:tc>
          <w:tcPr>
            <w:tcW w:w="5314" w:type="dxa"/>
            <w:gridSpan w:val="2"/>
          </w:tcPr>
          <w:p w14:paraId="516B6583" w14:textId="77777777" w:rsidR="000D6E32" w:rsidRPr="008450D3" w:rsidRDefault="000D6E32" w:rsidP="000D6E32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 xml:space="preserve">ACUSE DE RECIBO DEL </w:t>
            </w:r>
            <w:r w:rsidRPr="008450D3">
              <w:rPr>
                <w:b/>
                <w:color w:val="C00000"/>
                <w:sz w:val="16"/>
                <w:szCs w:val="16"/>
              </w:rPr>
              <w:t>(nombre del Sujeto Obligado).</w:t>
            </w:r>
          </w:p>
        </w:tc>
      </w:tr>
      <w:tr w:rsidR="000D6E32" w:rsidRPr="008450D3" w14:paraId="002AB3FE" w14:textId="77777777" w:rsidTr="000D6E32">
        <w:tc>
          <w:tcPr>
            <w:tcW w:w="2657" w:type="dxa"/>
          </w:tcPr>
          <w:p w14:paraId="5A264899" w14:textId="77777777" w:rsidR="000D6E32" w:rsidRPr="008450D3" w:rsidRDefault="000D6E32" w:rsidP="000D6E32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Nombre y firma de la persona servidora pública:</w:t>
            </w:r>
          </w:p>
        </w:tc>
        <w:tc>
          <w:tcPr>
            <w:tcW w:w="2657" w:type="dxa"/>
          </w:tcPr>
          <w:p w14:paraId="09BBF45F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0A9A8B60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65E19174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1995F618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290EC03A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35F12BD1" w14:textId="77777777" w:rsidR="000D6E32" w:rsidRPr="008450D3" w:rsidRDefault="000D6E32" w:rsidP="000D6E32">
            <w:pPr>
              <w:spacing w:after="0"/>
              <w:jc w:val="center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lastRenderedPageBreak/>
              <w:t>(Sello de recibido)</w:t>
            </w:r>
          </w:p>
        </w:tc>
      </w:tr>
    </w:tbl>
    <w:p w14:paraId="6B75A4B7" w14:textId="3A00F7D1" w:rsidR="009C1506" w:rsidRPr="008450D3" w:rsidRDefault="009C1506" w:rsidP="009C1506">
      <w:pPr>
        <w:spacing w:after="0" w:line="240" w:lineRule="auto"/>
        <w:rPr>
          <w:color w:val="C00000"/>
        </w:rPr>
      </w:pPr>
    </w:p>
    <w:p w14:paraId="75EADA33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  <w:r w:rsidRPr="008450D3">
        <w:rPr>
          <w:sz w:val="14"/>
          <w:szCs w:val="14"/>
        </w:rPr>
        <w:t xml:space="preserve">                                            </w:t>
      </w:r>
    </w:p>
    <w:p w14:paraId="6DA2D102" w14:textId="77777777" w:rsidR="00FA3555" w:rsidRPr="008450D3" w:rsidRDefault="00FA3555" w:rsidP="009C1506">
      <w:pPr>
        <w:spacing w:after="0" w:line="240" w:lineRule="auto"/>
        <w:rPr>
          <w:sz w:val="14"/>
          <w:szCs w:val="14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F6946" w:rsidRPr="008450D3" w14:paraId="7A05E388" w14:textId="77777777" w:rsidTr="00816D65">
        <w:trPr>
          <w:trHeight w:val="219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5DF779BB" w14:textId="5AA53C50" w:rsidR="00AF6946" w:rsidRDefault="00AF6946" w:rsidP="00816D65">
            <w:pPr>
              <w:spacing w:after="0" w:line="240" w:lineRule="auto"/>
              <w:jc w:val="center"/>
              <w:rPr>
                <w:b/>
              </w:rPr>
            </w:pPr>
            <w:r w:rsidRPr="00AF6946">
              <w:rPr>
                <w:b/>
              </w:rPr>
              <w:t>INFORMACIÓN GENERAL DE CARÁCTER ORIENTADOR</w:t>
            </w:r>
          </w:p>
        </w:tc>
      </w:tr>
      <w:tr w:rsidR="00AF6946" w:rsidRPr="008450D3" w14:paraId="6C6846DE" w14:textId="77777777" w:rsidTr="00AF6946">
        <w:trPr>
          <w:trHeight w:val="553"/>
          <w:jc w:val="center"/>
        </w:trPr>
        <w:tc>
          <w:tcPr>
            <w:tcW w:w="10368" w:type="dxa"/>
          </w:tcPr>
          <w:p w14:paraId="27CBF670" w14:textId="685BF3CB" w:rsidR="00205591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MENOR DE EDAD </w:t>
            </w:r>
            <w:r w:rsidRPr="00C56CFE">
              <w:rPr>
                <w:b/>
                <w:sz w:val="16"/>
                <w:szCs w:val="16"/>
              </w:rPr>
              <w:t>TITULAR DE LOS DATOS PERSONALES</w:t>
            </w:r>
          </w:p>
          <w:p w14:paraId="375F25C7" w14:textId="72441F4A" w:rsidR="006D6AF9" w:rsidRPr="006D6AF9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las personas menores de edad se podrá acreditar mediante su acta de nacimiento, Clave Única de Registro de Población, credenciales expedidas por instituciones educativas o instituciones de seguridad social, pasaporte, </w:t>
            </w:r>
            <w:r w:rsidR="006D6AF9">
              <w:rPr>
                <w:bCs/>
                <w:sz w:val="16"/>
                <w:szCs w:val="16"/>
              </w:rPr>
              <w:t>o cualquier otro documento oficial utilizado para tal fin.</w:t>
            </w:r>
          </w:p>
          <w:p w14:paraId="25E6AB1F" w14:textId="289CDB1F" w:rsidR="006D6AF9" w:rsidRDefault="006D6AF9" w:rsidP="00816D65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6D6AF9">
              <w:rPr>
                <w:bCs/>
                <w:sz w:val="16"/>
                <w:szCs w:val="16"/>
              </w:rPr>
              <w:t xml:space="preserve">Niñas, niños y adolescentes de </w:t>
            </w:r>
            <w:r w:rsidRPr="006D6AF9">
              <w:rPr>
                <w:b/>
                <w:sz w:val="16"/>
                <w:szCs w:val="16"/>
              </w:rPr>
              <w:t>nacionalidad extranjera</w:t>
            </w:r>
            <w:r w:rsidRPr="006D6AF9">
              <w:rPr>
                <w:bCs/>
                <w:sz w:val="16"/>
                <w:szCs w:val="16"/>
              </w:rPr>
              <w:t xml:space="preserve"> que se encuentren en territorio nacional, tienen derecho a comprobar su identidad con los documentos emitidos por la autoridad competente u otros medios previstos en la Ley de Migración y demás disposiciones aplicables. </w:t>
            </w:r>
          </w:p>
          <w:p w14:paraId="02179306" w14:textId="77777777" w:rsidR="00816D65" w:rsidRDefault="00816D65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  <w:p w14:paraId="5E039A03" w14:textId="21277747" w:rsidR="00205591" w:rsidRDefault="00205591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QUE </w:t>
            </w:r>
            <w:r w:rsidRPr="00205591">
              <w:rPr>
                <w:b/>
                <w:sz w:val="16"/>
                <w:szCs w:val="16"/>
              </w:rPr>
              <w:t>REQUIERA APOYOS PARA EL EJERCICIO DE SU CAPACIDAD JURÍDICA</w:t>
            </w:r>
          </w:p>
          <w:p w14:paraId="22148B8A" w14:textId="1CF20614" w:rsidR="00C56CFE" w:rsidRPr="00205591" w:rsidRDefault="00205591" w:rsidP="00816D65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 persona que requiere apoyos para el ejercicio de su capacidad </w:t>
            </w:r>
            <w:r w:rsidR="006D6AF9">
              <w:rPr>
                <w:bCs/>
                <w:sz w:val="16"/>
                <w:szCs w:val="16"/>
              </w:rPr>
              <w:t>jurídica</w:t>
            </w:r>
            <w:r>
              <w:rPr>
                <w:bCs/>
                <w:sz w:val="16"/>
                <w:szCs w:val="16"/>
              </w:rPr>
              <w:t xml:space="preserve"> se podrá acreditar mediante su acta de nacimiento, Clave Única de Registro de Población, pasaporte</w:t>
            </w:r>
            <w:r w:rsidR="006D6AF9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o cualquier otro documento o identificación oficial expedida para tal fin.</w:t>
            </w:r>
          </w:p>
          <w:p w14:paraId="73F733FF" w14:textId="593FC3D8" w:rsidR="00C56CFE" w:rsidRDefault="00397B0F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Tratándose de la persona representante, además de acreditar su identidad</w:t>
            </w:r>
            <w:r w:rsidR="00C56CFE">
              <w:rPr>
                <w:sz w:val="16"/>
                <w:szCs w:val="16"/>
              </w:rPr>
              <w:t>, a través de las identificaciones oficiales antes mencionadas</w:t>
            </w:r>
            <w:r w:rsidRPr="00C56CFE">
              <w:rPr>
                <w:sz w:val="16"/>
                <w:szCs w:val="16"/>
              </w:rPr>
              <w:t xml:space="preserve">, deberá presentar el </w:t>
            </w:r>
            <w:r w:rsidR="00C56CFE" w:rsidRPr="00C56CFE">
              <w:rPr>
                <w:sz w:val="16"/>
                <w:szCs w:val="16"/>
              </w:rPr>
              <w:t>Instrumento Público</w:t>
            </w:r>
            <w:r w:rsidR="00C56CFE">
              <w:rPr>
                <w:sz w:val="16"/>
                <w:szCs w:val="16"/>
              </w:rPr>
              <w:t xml:space="preserve"> o </w:t>
            </w:r>
            <w:r w:rsidR="00C56CFE" w:rsidRPr="00C56CFE">
              <w:rPr>
                <w:sz w:val="16"/>
                <w:szCs w:val="16"/>
              </w:rPr>
              <w:t>Carta Poder simple</w:t>
            </w:r>
            <w:r w:rsidR="00C56CFE">
              <w:rPr>
                <w:sz w:val="16"/>
                <w:szCs w:val="16"/>
              </w:rPr>
              <w:t>, en los cuales se acrediten las facultades de representación</w:t>
            </w:r>
            <w:r w:rsidR="00C56CFE" w:rsidRPr="00C56CFE">
              <w:rPr>
                <w:sz w:val="16"/>
                <w:szCs w:val="16"/>
              </w:rPr>
              <w:t>, firmada ante dos testigos anexando copia simple de las identificaciones oficiales de quienes intervengan en la suscripción de este, o declaración en compare</w:t>
            </w:r>
            <w:r w:rsidR="008B14FA">
              <w:rPr>
                <w:sz w:val="16"/>
                <w:szCs w:val="16"/>
              </w:rPr>
              <w:t>ce</w:t>
            </w:r>
            <w:r w:rsidR="00C56CFE" w:rsidRPr="00C56CFE">
              <w:rPr>
                <w:sz w:val="16"/>
                <w:szCs w:val="16"/>
              </w:rPr>
              <w:t>ncia personal de la persona titular de los datos personales.</w:t>
            </w:r>
          </w:p>
          <w:p w14:paraId="67E6B80C" w14:textId="77777777" w:rsidR="00C56CFE" w:rsidRDefault="00C56CFE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1F9BCFF" w14:textId="7B4728DA" w:rsidR="00397B0F" w:rsidRPr="00C56CFE" w:rsidRDefault="00397B0F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Asimismo, la persona titular de los datos personales y, en su caso, su representante, podrán acreditar su identidad y personalidad mediante comparecencia personal ante el </w:t>
            </w:r>
            <w:r w:rsidRPr="00C56CFE">
              <w:rPr>
                <w:color w:val="C00000"/>
                <w:sz w:val="16"/>
                <w:szCs w:val="16"/>
              </w:rPr>
              <w:t xml:space="preserve">(nombre del Sujeto Obligado), </w:t>
            </w:r>
            <w:r w:rsidRPr="00C56CFE">
              <w:rPr>
                <w:sz w:val="16"/>
                <w:szCs w:val="16"/>
              </w:rPr>
              <w:t>en los términos de la normativa aplicable.</w:t>
            </w:r>
          </w:p>
          <w:p w14:paraId="6C0457BB" w14:textId="77777777" w:rsidR="00C56CFE" w:rsidRDefault="00C56CFE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Para acreditar la representación legal o, en su caso, la personalidad de quien actúe en nombre de </w:t>
            </w:r>
            <w:r w:rsidRPr="00C56CFE">
              <w:rPr>
                <w:b/>
                <w:bCs/>
                <w:sz w:val="16"/>
                <w:szCs w:val="16"/>
              </w:rPr>
              <w:t>una persona menor de edad, de una persona con discapacidad que requiera apoyos para el ejercicio de su capacidad jurídica, o de una persona fallecida</w:t>
            </w:r>
            <w:r w:rsidRPr="00C56CFE">
              <w:rPr>
                <w:sz w:val="16"/>
                <w:szCs w:val="16"/>
              </w:rPr>
              <w:t>, se deberá presentar la documentación que corresponda, atendiendo a las circunstancias particulares de cada caso:</w:t>
            </w:r>
          </w:p>
          <w:p w14:paraId="056F7D52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7831F0B6" w14:textId="5ACCFF6A" w:rsidR="000D6E32" w:rsidRDefault="000D6E32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sus padres ejercen la patria potestad </w:t>
            </w:r>
          </w:p>
          <w:p w14:paraId="03D68F6F" w14:textId="74666EA5" w:rsidR="00AF6946" w:rsidRPr="000D6E32" w:rsidRDefault="00AF6946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En el caso de que los padres tengan la patria potestad de</w:t>
            </w:r>
            <w:r w:rsidR="000D6E32">
              <w:rPr>
                <w:sz w:val="16"/>
                <w:szCs w:val="16"/>
              </w:rPr>
              <w:t xml:space="preserve"> la niña, niño o adolescente</w:t>
            </w:r>
            <w:r w:rsidRPr="00C56CFE">
              <w:rPr>
                <w:sz w:val="16"/>
                <w:szCs w:val="16"/>
              </w:rPr>
              <w:t xml:space="preserve"> y sean los que presenten el recurso de revisión, además de acreditar la identidad del </w:t>
            </w:r>
            <w:r w:rsidR="000D6E32" w:rsidRPr="00C56CFE">
              <w:rPr>
                <w:sz w:val="16"/>
                <w:szCs w:val="16"/>
              </w:rPr>
              <w:t xml:space="preserve">menor </w:t>
            </w:r>
            <w:r w:rsidR="000D6E32">
              <w:rPr>
                <w:sz w:val="16"/>
                <w:szCs w:val="16"/>
              </w:rPr>
              <w:t xml:space="preserve">de edad, </w:t>
            </w:r>
            <w:r w:rsidRPr="00C56CFE">
              <w:rPr>
                <w:sz w:val="16"/>
                <w:szCs w:val="16"/>
              </w:rPr>
              <w:t>deberán presentar los siguientes documentos:</w:t>
            </w:r>
          </w:p>
          <w:p w14:paraId="003A6B3B" w14:textId="6BAE4FC9" w:rsidR="000D6E32" w:rsidRDefault="00AF6946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Acta de nacimiento de la persona menor de edad</w:t>
            </w:r>
            <w:r w:rsidR="000D6E32">
              <w:rPr>
                <w:sz w:val="16"/>
                <w:szCs w:val="16"/>
              </w:rPr>
              <w:t xml:space="preserve"> y</w:t>
            </w:r>
            <w:r w:rsidRPr="000D6E32">
              <w:rPr>
                <w:sz w:val="16"/>
                <w:szCs w:val="16"/>
              </w:rPr>
              <w:t>;</w:t>
            </w:r>
          </w:p>
          <w:p w14:paraId="6D032D9A" w14:textId="77777777" w:rsidR="000D6E32" w:rsidRDefault="00AF6946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Documento de identificación oficial del padre o de la madre que pretenda ejercer el derecho, y</w:t>
            </w:r>
          </w:p>
          <w:p w14:paraId="53AC6A42" w14:textId="77777777" w:rsidR="000D6E32" w:rsidRDefault="000D6E32" w:rsidP="00816D65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Carta bajo protesta de decir verdad, mediante la cual se manifieste que el padre o la madre, según corresponda, ejerce la patria potestad sobre la persona menor de edad y que ésta no se encuentra sujeta a alguno de los supuestos legales de suspensión, pérdida o limitación de la patria potestad.</w:t>
            </w:r>
          </w:p>
          <w:p w14:paraId="7CEAE7D6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3B05F82A" w14:textId="2ADD0A8F" w:rsidR="000D6E32" w:rsidRDefault="000D6E32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 xml:space="preserve">una persona distinta a </w:t>
            </w:r>
            <w:r w:rsidRPr="000D6E32">
              <w:rPr>
                <w:b/>
                <w:bCs/>
                <w:sz w:val="16"/>
                <w:szCs w:val="16"/>
              </w:rPr>
              <w:t xml:space="preserve">sus padres ejerce la patria potestad </w:t>
            </w:r>
          </w:p>
          <w:p w14:paraId="2D63B10E" w14:textId="579B2464" w:rsidR="000D6E32" w:rsidRDefault="000D6E32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Cuando la persona titular sea menor de edad y su patria potestad la ejerce una persona distinta a los padres y ésta sea quien presente el recurso de revisión de datos personales</w:t>
            </w:r>
            <w:r w:rsidR="00C823B4">
              <w:rPr>
                <w:sz w:val="16"/>
                <w:szCs w:val="16"/>
              </w:rPr>
              <w:t>, además de acreditar la identidad del menor de edad se deberá acreditar la identidad y representación de la persona mediante los siguientes documentos:</w:t>
            </w:r>
          </w:p>
          <w:p w14:paraId="6CE2B700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Acta de nacimiento del menor de edad;</w:t>
            </w:r>
          </w:p>
          <w:p w14:paraId="5CD14F06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C823B4">
              <w:rPr>
                <w:sz w:val="16"/>
                <w:szCs w:val="16"/>
              </w:rPr>
              <w:t>ocumento legal que acredite la</w:t>
            </w:r>
            <w:r>
              <w:rPr>
                <w:sz w:val="16"/>
                <w:szCs w:val="16"/>
              </w:rPr>
              <w:t xml:space="preserve"> patria potestad y, </w:t>
            </w:r>
          </w:p>
          <w:p w14:paraId="0DEAD74A" w14:textId="77777777" w:rsidR="00C823B4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Documento de identificación oficial </w:t>
            </w:r>
            <w:r>
              <w:rPr>
                <w:sz w:val="16"/>
                <w:szCs w:val="16"/>
              </w:rPr>
              <w:t>de quien ejerce la patria potestad.</w:t>
            </w:r>
          </w:p>
          <w:p w14:paraId="17FB5508" w14:textId="7C0A0D1D" w:rsidR="00C823B4" w:rsidRPr="00205591" w:rsidRDefault="00C823B4" w:rsidP="00816D6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patria potestad sobre la persona menor de edad y que ésta no se encuentra sujeta a alguno de los supuestos legales de suspensión, pérdida o limitación de la patria potestad.</w:t>
            </w:r>
          </w:p>
          <w:p w14:paraId="5800ECF3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1F0FB15E" w14:textId="2D09474C" w:rsidR="00C823B4" w:rsidRDefault="00C823B4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>son representados por un tutor</w:t>
            </w:r>
          </w:p>
          <w:p w14:paraId="2BFC5B66" w14:textId="5FC63DAA" w:rsidR="00C823B4" w:rsidRDefault="00C823B4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>la persona titular</w:t>
            </w:r>
            <w:r w:rsidRPr="00C823B4">
              <w:rPr>
                <w:sz w:val="16"/>
                <w:szCs w:val="16"/>
              </w:rPr>
              <w:t xml:space="preserve"> sea un menor de edad </w:t>
            </w:r>
            <w:r>
              <w:rPr>
                <w:sz w:val="16"/>
                <w:szCs w:val="16"/>
              </w:rPr>
              <w:t>y el recurso de revisión lo</w:t>
            </w:r>
            <w:r w:rsidRPr="00C823B4">
              <w:rPr>
                <w:sz w:val="16"/>
                <w:szCs w:val="16"/>
              </w:rPr>
              <w:t xml:space="preserve"> presente su tutor, además de acreditar la identidad del menor</w:t>
            </w:r>
            <w:r>
              <w:rPr>
                <w:sz w:val="16"/>
                <w:szCs w:val="16"/>
              </w:rPr>
              <w:t xml:space="preserve"> de edad</w:t>
            </w:r>
            <w:r w:rsidRPr="00C823B4">
              <w:rPr>
                <w:sz w:val="16"/>
                <w:szCs w:val="16"/>
              </w:rPr>
              <w:t>, el tutor deberá acreditar su identidad y representación mediante los siguientes documentos:</w:t>
            </w:r>
          </w:p>
          <w:p w14:paraId="4EFFCF13" w14:textId="46B7FA92" w:rsidR="00C823B4" w:rsidRP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Acta de nacimiento del menor de edad; </w:t>
            </w:r>
          </w:p>
          <w:p w14:paraId="28182F09" w14:textId="77777777" w:rsid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Documento legal que acredite la tutela, y</w:t>
            </w:r>
            <w:r>
              <w:rPr>
                <w:sz w:val="16"/>
                <w:szCs w:val="16"/>
              </w:rPr>
              <w:t>;</w:t>
            </w:r>
          </w:p>
          <w:p w14:paraId="39B1C403" w14:textId="6DC7E139" w:rsid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Documento de identificación oficial del tutor.</w:t>
            </w:r>
          </w:p>
          <w:p w14:paraId="60C35F93" w14:textId="727488D0" w:rsidR="00C823B4" w:rsidRPr="00C823B4" w:rsidRDefault="00C823B4" w:rsidP="00816D65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tutela sobre la persona correspondiente y que no se encuentra sujet</w:t>
            </w:r>
            <w:r w:rsidR="00A76B86">
              <w:rPr>
                <w:sz w:val="16"/>
                <w:szCs w:val="16"/>
              </w:rPr>
              <w:t>a</w:t>
            </w:r>
            <w:r w:rsidRPr="00C823B4">
              <w:rPr>
                <w:sz w:val="16"/>
                <w:szCs w:val="16"/>
              </w:rPr>
              <w:t xml:space="preserve"> a alguno de los supuestos legales de suspensión, remoción o terminación de la tutela.</w:t>
            </w:r>
          </w:p>
          <w:p w14:paraId="27BC484C" w14:textId="77777777" w:rsidR="00816D65" w:rsidRDefault="00816D65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5697AC77" w14:textId="368F04EA" w:rsidR="00C823B4" w:rsidRDefault="00C823B4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56CFE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</w:p>
          <w:p w14:paraId="799983D0" w14:textId="77777777" w:rsidR="00C823B4" w:rsidRDefault="00C823B4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 xml:space="preserve">la persona </w:t>
            </w:r>
            <w:r w:rsidRPr="00C823B4">
              <w:rPr>
                <w:sz w:val="16"/>
                <w:szCs w:val="16"/>
              </w:rPr>
              <w:t xml:space="preserve">titular </w:t>
            </w:r>
            <w:r>
              <w:rPr>
                <w:sz w:val="16"/>
                <w:szCs w:val="16"/>
              </w:rPr>
              <w:t xml:space="preserve">de los datos personales </w:t>
            </w:r>
            <w:r w:rsidRPr="00C823B4">
              <w:rPr>
                <w:sz w:val="16"/>
                <w:szCs w:val="16"/>
              </w:rPr>
              <w:t xml:space="preserve">sea una persona con discapacidad que requiera apoyos para el ejercicio de su capacidad jurídica, además de acreditar la identidad de la persona, su representante deberá acreditar su identidad y representación mediante los siguientes documentos: </w:t>
            </w:r>
          </w:p>
          <w:p w14:paraId="4AFA9D0C" w14:textId="06928465" w:rsidR="00C823B4" w:rsidRDefault="000C5D0F" w:rsidP="00816D65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0C5D0F">
              <w:rPr>
                <w:sz w:val="16"/>
                <w:szCs w:val="16"/>
              </w:rPr>
              <w:t>scrituras públicas de designación de apoyos o resoluciones judiciales de provisión de apoyos</w:t>
            </w:r>
            <w:r w:rsidR="00DE59CB">
              <w:rPr>
                <w:sz w:val="16"/>
                <w:szCs w:val="16"/>
              </w:rPr>
              <w:t>.</w:t>
            </w:r>
          </w:p>
          <w:p w14:paraId="4B13EDD4" w14:textId="65706375" w:rsidR="00C823B4" w:rsidRPr="000C5D0F" w:rsidRDefault="000C5D0F" w:rsidP="00816D65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Identificación oficial de la persona designada como apoyo.</w:t>
            </w:r>
          </w:p>
          <w:p w14:paraId="31AC45F3" w14:textId="5C63E557" w:rsidR="00D66A73" w:rsidRDefault="00D66A73" w:rsidP="00816D6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las personas vinculadas a personas fallecidas</w:t>
            </w:r>
          </w:p>
          <w:p w14:paraId="5891700E" w14:textId="5BCE9AE5" w:rsidR="00D66A73" w:rsidRDefault="00D66A73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En términos de los artículos 4</w:t>
            </w:r>
            <w:r>
              <w:rPr>
                <w:sz w:val="16"/>
                <w:szCs w:val="16"/>
              </w:rPr>
              <w:t>3</w:t>
            </w:r>
            <w:r w:rsidRPr="00D66A73">
              <w:rPr>
                <w:sz w:val="16"/>
                <w:szCs w:val="16"/>
              </w:rPr>
              <w:t xml:space="preserve">, último párrafo, de la </w:t>
            </w:r>
            <w:r w:rsidR="002E1E23" w:rsidRPr="00C56CFE">
              <w:rPr>
                <w:sz w:val="16"/>
                <w:szCs w:val="16"/>
              </w:rPr>
              <w:t xml:space="preserve">Ley General de Protección de Datos Personales en Posesión de Sujetos Obligados </w:t>
            </w:r>
            <w:r w:rsidRPr="00D66A73">
              <w:rPr>
                <w:sz w:val="16"/>
                <w:szCs w:val="16"/>
              </w:rPr>
              <w:t xml:space="preserve">y </w:t>
            </w:r>
            <w:r>
              <w:rPr>
                <w:sz w:val="16"/>
                <w:szCs w:val="16"/>
              </w:rPr>
              <w:t>49, último párrafo de la Ley de Protección de Datos Personales en Posesión de Sujetos Obligados del Estado de Quintana Roo</w:t>
            </w:r>
            <w:r w:rsidRPr="00D66A73">
              <w:rPr>
                <w:sz w:val="16"/>
                <w:szCs w:val="16"/>
              </w:rPr>
              <w:t>, la persona que acredite tener un interés jurídico</w:t>
            </w:r>
            <w:r>
              <w:rPr>
                <w:sz w:val="16"/>
                <w:szCs w:val="16"/>
              </w:rPr>
              <w:t xml:space="preserve">, de conformidad con las leyes aplicables, podrá presentar recurso de revisión, siempre que la persona titular </w:t>
            </w:r>
            <w:r>
              <w:rPr>
                <w:sz w:val="16"/>
                <w:szCs w:val="16"/>
              </w:rPr>
              <w:lastRenderedPageBreak/>
              <w:t xml:space="preserve">de los derechos hubiere expresado fehacientemente su voluntad en tal sentido o que exista un mandato judicial para dicho efecto, de ser así, deberá presentar </w:t>
            </w:r>
            <w:r w:rsidRPr="00D66A73">
              <w:rPr>
                <w:sz w:val="16"/>
                <w:szCs w:val="16"/>
              </w:rPr>
              <w:t xml:space="preserve">ante el responsable los siguientes documentos: </w:t>
            </w:r>
          </w:p>
          <w:p w14:paraId="78A35C21" w14:textId="49483D14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Acta de defunción de</w:t>
            </w:r>
            <w:r w:rsidR="002E1E23">
              <w:rPr>
                <w:sz w:val="16"/>
                <w:szCs w:val="16"/>
              </w:rPr>
              <w:t xml:space="preserve"> </w:t>
            </w:r>
            <w:r w:rsidRPr="00D66A73">
              <w:rPr>
                <w:sz w:val="16"/>
                <w:szCs w:val="16"/>
              </w:rPr>
              <w:t>l</w:t>
            </w:r>
            <w:r w:rsidR="002E1E23">
              <w:rPr>
                <w:sz w:val="16"/>
                <w:szCs w:val="16"/>
              </w:rPr>
              <w:t>a persona</w:t>
            </w:r>
            <w:r w:rsidRPr="00D66A73">
              <w:rPr>
                <w:sz w:val="16"/>
                <w:szCs w:val="16"/>
              </w:rPr>
              <w:t xml:space="preserve"> titular; </w:t>
            </w:r>
          </w:p>
          <w:p w14:paraId="659E8F67" w14:textId="06A2B844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Documentos que acrediten el interés jurídico de</w:t>
            </w:r>
            <w:r w:rsidRPr="00C56CFE">
              <w:rPr>
                <w:sz w:val="16"/>
                <w:szCs w:val="16"/>
              </w:rPr>
              <w:t xml:space="preserve"> quien presenta el recurso de revisión.</w:t>
            </w:r>
          </w:p>
          <w:p w14:paraId="7285F643" w14:textId="7EF90637" w:rsidR="00D66A73" w:rsidRPr="00D66A73" w:rsidRDefault="00D66A73" w:rsidP="00816D6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 xml:space="preserve">Documento de identificación oficial de quien </w:t>
            </w:r>
            <w:r w:rsidRPr="00C56CFE">
              <w:rPr>
                <w:sz w:val="16"/>
                <w:szCs w:val="16"/>
              </w:rPr>
              <w:t>presenta el recurso de revisión.</w:t>
            </w:r>
          </w:p>
          <w:p w14:paraId="5B45FAFB" w14:textId="77777777" w:rsidR="00816D65" w:rsidRDefault="00816D65" w:rsidP="00816D65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  <w:p w14:paraId="6D7C0A79" w14:textId="5700F864" w:rsidR="00AF6946" w:rsidRPr="00C56CFE" w:rsidRDefault="00AF6946" w:rsidP="00816D6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>OBSERVACIONES:</w:t>
            </w:r>
          </w:p>
          <w:p w14:paraId="41D46C07" w14:textId="77777777" w:rsid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No es necesario que la persona titular ratifique el Recurso de Revisión interpuesto.</w:t>
            </w:r>
          </w:p>
          <w:p w14:paraId="60AA1042" w14:textId="7E3F705B" w:rsid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resoluciones de</w:t>
            </w:r>
            <w:r w:rsidR="002E1E23">
              <w:rPr>
                <w:sz w:val="16"/>
                <w:szCs w:val="16"/>
              </w:rPr>
              <w:t xml:space="preserve"> la Autoridad Garante Estatal</w:t>
            </w:r>
            <w:r w:rsidRPr="00205591">
              <w:rPr>
                <w:sz w:val="16"/>
                <w:szCs w:val="16"/>
              </w:rPr>
              <w:t xml:space="preserve"> serán vinculantes, definitivas e </w:t>
            </w:r>
            <w:r w:rsidR="00205591" w:rsidRPr="00205591">
              <w:rPr>
                <w:sz w:val="16"/>
                <w:szCs w:val="16"/>
              </w:rPr>
              <w:t>inatacables</w:t>
            </w:r>
            <w:r w:rsidRPr="00205591">
              <w:rPr>
                <w:sz w:val="16"/>
                <w:szCs w:val="16"/>
              </w:rPr>
              <w:t xml:space="preserve"> para los responsables.</w:t>
            </w:r>
          </w:p>
          <w:p w14:paraId="4EF6C820" w14:textId="4DCA443D" w:rsidR="00AF6946" w:rsidRPr="00205591" w:rsidRDefault="00AF6946" w:rsidP="00816D65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personas titulares por sí mismas o a través de su representante, podrán impugnar dichas resoluciones ante los jueces y tribunales especializados en materia de datos personales establecidos por el Poder Judicial de la Federación mediante el juicio de amparo.</w:t>
            </w:r>
          </w:p>
        </w:tc>
      </w:tr>
      <w:tr w:rsidR="00C76C54" w:rsidRPr="008450D3" w14:paraId="0CBC1CBD" w14:textId="77777777" w:rsidTr="00AF6946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17C685A" w14:textId="307CF261" w:rsidR="00C76C54" w:rsidRPr="00C56CFE" w:rsidRDefault="00AF6946" w:rsidP="006346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lastRenderedPageBreak/>
              <w:t>AVISO DE PRIVACIDAD SIMPLIFICADO PARA LA INTERPOSICIÓN DEL RECURSO DE REVISIÓN EN MATERIA DE PROTECCIÓN DE DATOS PERSONALES EN POSESIÓN DE SUJETOS OBLIGADOS.</w:t>
            </w:r>
          </w:p>
        </w:tc>
      </w:tr>
      <w:tr w:rsidR="00C76C54" w:rsidRPr="008450D3" w14:paraId="423C4FEB" w14:textId="77777777" w:rsidTr="00F55433">
        <w:trPr>
          <w:jc w:val="center"/>
        </w:trPr>
        <w:tc>
          <w:tcPr>
            <w:tcW w:w="10368" w:type="dxa"/>
          </w:tcPr>
          <w:p w14:paraId="710BD0AF" w14:textId="77777777" w:rsidR="003D551B" w:rsidRPr="00816D65" w:rsidRDefault="003D551B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7A7421AE" w14:textId="08C9B270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En cumplimiento a la Ley General de Protección de Datos Personales en Posesión de Sujetos Obligados y la Ley de Protección de Datos Personales en Posesión de Sujetos Obligados del Estado de Quintana Roo, el </w:t>
            </w:r>
            <w:r w:rsidRPr="00816D65">
              <w:rPr>
                <w:color w:val="C00000"/>
                <w:sz w:val="14"/>
                <w:szCs w:val="14"/>
              </w:rPr>
              <w:t>(nombre del sujeto obligado)</w:t>
            </w:r>
            <w:r w:rsidRPr="00816D65">
              <w:rPr>
                <w:sz w:val="14"/>
                <w:szCs w:val="14"/>
              </w:rPr>
              <w:t>, con domicilio ubicado en (</w:t>
            </w:r>
            <w:r w:rsidR="00896674">
              <w:rPr>
                <w:color w:val="C00000"/>
                <w:sz w:val="14"/>
                <w:szCs w:val="14"/>
              </w:rPr>
              <w:t>c</w:t>
            </w:r>
            <w:r w:rsidRPr="00816D65">
              <w:rPr>
                <w:color w:val="C00000"/>
                <w:sz w:val="14"/>
                <w:szCs w:val="14"/>
              </w:rPr>
              <w:t xml:space="preserve">itar domicilio del SO) </w:t>
            </w:r>
            <w:r w:rsidRPr="00816D65">
              <w:rPr>
                <w:sz w:val="14"/>
                <w:szCs w:val="14"/>
              </w:rPr>
              <w:t>en su calidad de Sujeto Obligado informa que es el responsable del tratamiento de los Datos Personales que proporcione, los cuales serán protegidos de conformidad con lo dispuesto en los citados ordenamientos y demás que resulten aplicables.</w:t>
            </w:r>
          </w:p>
          <w:p w14:paraId="04BCE82B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543D022D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b/>
                <w:sz w:val="14"/>
                <w:szCs w:val="14"/>
              </w:rPr>
              <w:t>¿Qué datos personales se recaban y para qué finalidad?</w:t>
            </w:r>
          </w:p>
          <w:p w14:paraId="2678AE01" w14:textId="1B52FBF3" w:rsidR="00AF6946" w:rsidRPr="00816D65" w:rsidRDefault="00836EED" w:rsidP="00AF6946">
            <w:pPr>
              <w:spacing w:after="0" w:line="240" w:lineRule="auto"/>
              <w:jc w:val="both"/>
              <w:rPr>
                <w:color w:val="C00000"/>
                <w:sz w:val="14"/>
                <w:szCs w:val="14"/>
              </w:rPr>
            </w:pPr>
            <w:r w:rsidRPr="00836EED">
              <w:rPr>
                <w:sz w:val="14"/>
                <w:szCs w:val="14"/>
              </w:rPr>
              <w:t>Sus datos personales que proporcione, al presentar un Recurso de Revisión en materia de protección de datos personales en posesión de sujetos obligados ante el o la (</w:t>
            </w:r>
            <w:r w:rsidRPr="00836EED">
              <w:rPr>
                <w:color w:val="EE0000"/>
                <w:sz w:val="14"/>
                <w:szCs w:val="14"/>
              </w:rPr>
              <w:t>nombre del Sujeto Obligado</w:t>
            </w:r>
            <w:r w:rsidRPr="00836EED">
              <w:rPr>
                <w:sz w:val="14"/>
                <w:szCs w:val="14"/>
              </w:rPr>
              <w:t>), tales como: nombre, firma o huella digital (dato sensible), en el documento de identificación oficial para acreditar su identidad y/o firma electrónica avanzada o del instrumento electrónico que lo sustituya, serán tratados exclusivamente para las siguientes finalidades:</w:t>
            </w:r>
          </w:p>
          <w:p w14:paraId="5EFC5A16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78EADE41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Dar atención, tramitación y resolución al Recurso de Revisión de referencia, lo que implica llevar a cabo las acciones siguientes; </w:t>
            </w:r>
          </w:p>
          <w:p w14:paraId="663D0475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Registrar, abrir y analizar el expediente respectivo; </w:t>
            </w:r>
          </w:p>
          <w:p w14:paraId="3CE2CFB5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Decretar la prevención, admisión o </w:t>
            </w:r>
            <w:proofErr w:type="spellStart"/>
            <w:r w:rsidRPr="00816D65">
              <w:rPr>
                <w:sz w:val="14"/>
                <w:szCs w:val="14"/>
              </w:rPr>
              <w:t>desechamiento</w:t>
            </w:r>
            <w:proofErr w:type="spellEnd"/>
            <w:r w:rsidRPr="00816D65">
              <w:rPr>
                <w:sz w:val="14"/>
                <w:szCs w:val="14"/>
              </w:rPr>
              <w:t xml:space="preserve"> del Recurso de Revisión; </w:t>
            </w:r>
          </w:p>
          <w:p w14:paraId="1A21CDE9" w14:textId="77777777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Sustanciar la contestación del Recurso, emplazar a audiencias y desahogar las demás etapas del procedimiento como la de Conciliación, en los términos previstos en la Ley de la materia aludida; </w:t>
            </w:r>
          </w:p>
          <w:p w14:paraId="0FC9CD82" w14:textId="15449E3A" w:rsidR="00AF6946" w:rsidRPr="00816D65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>Elaborar los proyectos de resolución, así como realizar de manera personal o por medios electrónicos, las notificaciones y publicaciones que se deriven de dichas diligencias procesales.</w:t>
            </w:r>
          </w:p>
          <w:p w14:paraId="5DB23E1B" w14:textId="77777777" w:rsidR="00AF6946" w:rsidRPr="00816D65" w:rsidRDefault="00AF6946" w:rsidP="00621ED5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07BAFAC0" w14:textId="77777777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b/>
                <w:sz w:val="14"/>
                <w:szCs w:val="14"/>
              </w:rPr>
              <w:t>Transferencia de Datos Personales</w:t>
            </w:r>
          </w:p>
          <w:p w14:paraId="2B324109" w14:textId="252804B9" w:rsidR="00AF6946" w:rsidRPr="00816D65" w:rsidRDefault="00AF6946" w:rsidP="00AF6946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Se realizarán transferencias entre las partes que intervienen en </w:t>
            </w:r>
            <w:r w:rsidR="00621ED5" w:rsidRPr="00816D65">
              <w:rPr>
                <w:sz w:val="14"/>
                <w:szCs w:val="14"/>
              </w:rPr>
              <w:t xml:space="preserve">el recurso de revisión </w:t>
            </w:r>
            <w:r w:rsidRPr="00816D65">
              <w:rPr>
                <w:sz w:val="14"/>
                <w:szCs w:val="14"/>
              </w:rPr>
              <w:t>y los responsables, en el ejercicio de facultades propias, compatibles y análogas con la finalidad de darle atención a los Recursos de Revisión correspondientes y a los actos legales que de ésta se deriven. Se informa que no se realizarán transferencias de datos personales a terceras personas, distintas a las partes que intervienen en el Recurso de Revisión, salvo al sujeto obligado recurrido, o en el caso de que el recurrente impugne la resolución ante los jueces y tribunales especializados en materia de datos personales establecidos en el Poder Judicial de la Federación mediante el juicio de amparo.</w:t>
            </w:r>
          </w:p>
          <w:p w14:paraId="24E1FAC0" w14:textId="77777777" w:rsidR="00AF6946" w:rsidRPr="00816D65" w:rsidRDefault="00AF6946" w:rsidP="00AF6946">
            <w:pPr>
              <w:spacing w:after="0" w:line="240" w:lineRule="auto"/>
              <w:rPr>
                <w:sz w:val="14"/>
                <w:szCs w:val="14"/>
              </w:rPr>
            </w:pPr>
          </w:p>
          <w:p w14:paraId="0E789016" w14:textId="2C7EFE2C" w:rsidR="00C76C54" w:rsidRPr="00816D65" w:rsidRDefault="00AF6946" w:rsidP="00AF6946">
            <w:pPr>
              <w:spacing w:after="0" w:line="240" w:lineRule="auto"/>
              <w:rPr>
                <w:sz w:val="14"/>
                <w:szCs w:val="14"/>
              </w:rPr>
            </w:pPr>
            <w:r w:rsidRPr="00816D65">
              <w:rPr>
                <w:sz w:val="14"/>
                <w:szCs w:val="14"/>
              </w:rPr>
              <w:t xml:space="preserve">Usted podrá consultar el Aviso de Privacidad Integral en las oficinas del </w:t>
            </w:r>
            <w:r w:rsidRPr="00816D65">
              <w:rPr>
                <w:color w:val="C00000"/>
                <w:sz w:val="14"/>
                <w:szCs w:val="14"/>
              </w:rPr>
              <w:t xml:space="preserve">(nombre del sujeto obligado), </w:t>
            </w:r>
            <w:r w:rsidRPr="00816D65">
              <w:rPr>
                <w:sz w:val="14"/>
                <w:szCs w:val="14"/>
              </w:rPr>
              <w:t xml:space="preserve">sito </w:t>
            </w:r>
            <w:r w:rsidRPr="00816D65">
              <w:rPr>
                <w:color w:val="C00000"/>
                <w:sz w:val="14"/>
                <w:szCs w:val="14"/>
              </w:rPr>
              <w:t xml:space="preserve">(domicilio del sujeto obligado) </w:t>
            </w:r>
            <w:r w:rsidRPr="00816D65">
              <w:rPr>
                <w:sz w:val="14"/>
                <w:szCs w:val="14"/>
              </w:rPr>
              <w:t xml:space="preserve">o en su página web </w:t>
            </w:r>
            <w:r w:rsidRPr="00816D65">
              <w:rPr>
                <w:color w:val="C00000"/>
                <w:sz w:val="14"/>
                <w:szCs w:val="14"/>
              </w:rPr>
              <w:t>(citar página web)</w:t>
            </w:r>
            <w:r w:rsidRPr="00816D65">
              <w:rPr>
                <w:sz w:val="14"/>
                <w:szCs w:val="14"/>
              </w:rPr>
              <w:t>.</w:t>
            </w:r>
          </w:p>
        </w:tc>
      </w:tr>
    </w:tbl>
    <w:p w14:paraId="4866EB39" w14:textId="77777777" w:rsidR="003D551B" w:rsidRDefault="003D551B" w:rsidP="00621ED5">
      <w:pPr>
        <w:spacing w:line="240" w:lineRule="auto"/>
      </w:pPr>
    </w:p>
    <w:sectPr w:rsidR="003D551B" w:rsidSect="00537786">
      <w:headerReference w:type="default" r:id="rId8"/>
      <w:footerReference w:type="default" r:id="rId9"/>
      <w:pgSz w:w="12240" w:h="15840"/>
      <w:pgMar w:top="1417" w:right="1608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63EC9" w14:textId="77777777" w:rsidR="00905C84" w:rsidRPr="008450D3" w:rsidRDefault="00905C84" w:rsidP="00165C7E">
      <w:pPr>
        <w:spacing w:after="0" w:line="240" w:lineRule="auto"/>
      </w:pPr>
      <w:r w:rsidRPr="008450D3">
        <w:separator/>
      </w:r>
    </w:p>
  </w:endnote>
  <w:endnote w:type="continuationSeparator" w:id="0">
    <w:p w14:paraId="42344D36" w14:textId="77777777" w:rsidR="00905C84" w:rsidRPr="008450D3" w:rsidRDefault="00905C84" w:rsidP="00165C7E">
      <w:pPr>
        <w:spacing w:after="0" w:line="240" w:lineRule="auto"/>
      </w:pPr>
      <w:r w:rsidRPr="00845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F61E7" w14:textId="3D6D52CF" w:rsidR="00E72919" w:rsidRDefault="00E72919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260EA00C" wp14:editId="7C9816CA">
          <wp:simplePos x="0" y="0"/>
          <wp:positionH relativeFrom="column">
            <wp:posOffset>4898003</wp:posOffset>
          </wp:positionH>
          <wp:positionV relativeFrom="paragraph">
            <wp:posOffset>-95360</wp:posOffset>
          </wp:positionV>
          <wp:extent cx="1288901" cy="434645"/>
          <wp:effectExtent l="0" t="0" r="6985" b="3810"/>
          <wp:wrapTight wrapText="bothSides">
            <wp:wrapPolygon edited="0">
              <wp:start x="7665" y="0"/>
              <wp:lineTo x="1597" y="0"/>
              <wp:lineTo x="0" y="6632"/>
              <wp:lineTo x="319" y="20842"/>
              <wp:lineTo x="16607" y="20842"/>
              <wp:lineTo x="21398" y="20842"/>
              <wp:lineTo x="21398" y="17053"/>
              <wp:lineTo x="17885" y="15158"/>
              <wp:lineTo x="21398" y="9474"/>
              <wp:lineTo x="21398" y="947"/>
              <wp:lineTo x="8942" y="0"/>
              <wp:lineTo x="7665" y="0"/>
            </wp:wrapPolygon>
          </wp:wrapTight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901" cy="434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7B04C" w14:textId="77777777" w:rsidR="00905C84" w:rsidRPr="008450D3" w:rsidRDefault="00905C84" w:rsidP="00165C7E">
      <w:pPr>
        <w:spacing w:after="0" w:line="240" w:lineRule="auto"/>
      </w:pPr>
      <w:r w:rsidRPr="008450D3">
        <w:separator/>
      </w:r>
    </w:p>
  </w:footnote>
  <w:footnote w:type="continuationSeparator" w:id="0">
    <w:p w14:paraId="54E2FEF3" w14:textId="77777777" w:rsidR="00905C84" w:rsidRPr="008450D3" w:rsidRDefault="00905C84" w:rsidP="00165C7E">
      <w:pPr>
        <w:spacing w:after="0" w:line="240" w:lineRule="auto"/>
      </w:pPr>
      <w:r w:rsidRPr="008450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F5E89" w14:textId="4B088CE1" w:rsidR="009C1506" w:rsidRPr="008450D3" w:rsidRDefault="0063462C" w:rsidP="004D54B3">
    <w:pPr>
      <w:spacing w:after="0" w:line="240" w:lineRule="auto"/>
      <w:ind w:left="-709" w:right="-660"/>
      <w:rPr>
        <w:rFonts w:cs="Arial"/>
        <w:b/>
        <w:bCs/>
        <w:color w:val="C00000"/>
        <w:szCs w:val="20"/>
      </w:rPr>
    </w:pPr>
    <w:r>
      <w:rPr>
        <w:rFonts w:cs="Arial"/>
        <w:b/>
        <w:noProof/>
        <w:color w:val="000000"/>
        <w:lang w:eastAsia="es-MX"/>
      </w:rPr>
      <w:drawing>
        <wp:anchor distT="0" distB="0" distL="114300" distR="114300" simplePos="0" relativeHeight="251661312" behindDoc="1" locked="0" layoutInCell="1" allowOverlap="1" wp14:anchorId="3B805AC8" wp14:editId="22116929">
          <wp:simplePos x="0" y="0"/>
          <wp:positionH relativeFrom="column">
            <wp:posOffset>-447675</wp:posOffset>
          </wp:positionH>
          <wp:positionV relativeFrom="paragraph">
            <wp:posOffset>-212681</wp:posOffset>
          </wp:positionV>
          <wp:extent cx="2124695" cy="525100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695" cy="52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B9B77" w14:textId="2FC2DC03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7773F6C1" w14:textId="73C36B49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72681DA6" w14:textId="77777777" w:rsidR="00F54959" w:rsidRDefault="00F54959" w:rsidP="00F54959">
    <w:pPr>
      <w:spacing w:after="0" w:line="240" w:lineRule="auto"/>
      <w:ind w:left="-709" w:right="-660"/>
      <w:jc w:val="center"/>
      <w:rPr>
        <w:rFonts w:cs="Arial"/>
        <w:b/>
        <w:sz w:val="24"/>
        <w:szCs w:val="24"/>
      </w:rPr>
    </w:pPr>
    <w:r w:rsidRPr="00F54959">
      <w:rPr>
        <w:rFonts w:cs="Arial"/>
        <w:b/>
        <w:sz w:val="24"/>
        <w:szCs w:val="24"/>
      </w:rPr>
      <w:t xml:space="preserve">Formato de recepción de recursos de revisión en el ejercicio de los </w:t>
    </w:r>
  </w:p>
  <w:p w14:paraId="1F9EDE49" w14:textId="11227827" w:rsidR="0063462C" w:rsidRPr="00F54959" w:rsidRDefault="00F54959" w:rsidP="00F54959">
    <w:pPr>
      <w:spacing w:after="0" w:line="240" w:lineRule="auto"/>
      <w:ind w:left="-709" w:right="-660"/>
      <w:jc w:val="center"/>
      <w:rPr>
        <w:rFonts w:cs="Arial"/>
        <w:b/>
        <w:bCs/>
        <w:sz w:val="24"/>
        <w:szCs w:val="24"/>
      </w:rPr>
    </w:pPr>
    <w:r w:rsidRPr="00F54959">
      <w:rPr>
        <w:rFonts w:cs="Arial"/>
        <w:b/>
        <w:sz w:val="24"/>
        <w:szCs w:val="24"/>
      </w:rPr>
      <w:t>derechos ARCO y de portabilidad</w:t>
    </w:r>
  </w:p>
  <w:p w14:paraId="2B8E248F" w14:textId="36CE339D" w:rsidR="00165C7E" w:rsidRDefault="00165C7E" w:rsidP="004D54B3">
    <w:pPr>
      <w:spacing w:after="0" w:line="240" w:lineRule="auto"/>
      <w:ind w:left="-709" w:right="-660"/>
      <w:rPr>
        <w:sz w:val="18"/>
        <w:szCs w:val="18"/>
      </w:rPr>
    </w:pPr>
    <w:r w:rsidRPr="0063462C">
      <w:rPr>
        <w:rFonts w:cs="Arial"/>
        <w:b/>
        <w:bCs/>
        <w:sz w:val="18"/>
        <w:szCs w:val="18"/>
      </w:rPr>
      <w:t xml:space="preserve">Nombre del Sujeto </w:t>
    </w:r>
    <w:proofErr w:type="gramStart"/>
    <w:r w:rsidRPr="0063462C">
      <w:rPr>
        <w:rFonts w:cs="Arial"/>
        <w:b/>
        <w:bCs/>
        <w:sz w:val="18"/>
        <w:szCs w:val="18"/>
      </w:rPr>
      <w:t>Obligado:</w:t>
    </w:r>
    <w:r w:rsidRPr="0063462C">
      <w:rPr>
        <w:sz w:val="18"/>
        <w:szCs w:val="18"/>
      </w:rPr>
      <w:t>_</w:t>
    </w:r>
    <w:proofErr w:type="gramEnd"/>
    <w:r w:rsidRPr="0063462C">
      <w:rPr>
        <w:sz w:val="18"/>
        <w:szCs w:val="18"/>
      </w:rPr>
      <w:t>__________________________________________________________</w:t>
    </w:r>
    <w:r w:rsidR="004D54B3" w:rsidRPr="0063462C">
      <w:rPr>
        <w:sz w:val="18"/>
        <w:szCs w:val="18"/>
      </w:rPr>
      <w:t>_______</w:t>
    </w:r>
  </w:p>
  <w:p w14:paraId="60BF0BCF" w14:textId="77777777" w:rsidR="00E9430C" w:rsidRPr="0063462C" w:rsidRDefault="00E9430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37762"/>
    <w:multiLevelType w:val="hybridMultilevel"/>
    <w:tmpl w:val="7C1468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8210BE"/>
    <w:multiLevelType w:val="hybridMultilevel"/>
    <w:tmpl w:val="B928DE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E4661E"/>
    <w:multiLevelType w:val="hybridMultilevel"/>
    <w:tmpl w:val="6C8A7BD4"/>
    <w:lvl w:ilvl="0" w:tplc="791214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2528D0"/>
    <w:multiLevelType w:val="hybridMultilevel"/>
    <w:tmpl w:val="A8BCDDE2"/>
    <w:lvl w:ilvl="0" w:tplc="3ABA64D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215CE"/>
    <w:multiLevelType w:val="hybridMultilevel"/>
    <w:tmpl w:val="8370D0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7193D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70E5E"/>
    <w:multiLevelType w:val="hybridMultilevel"/>
    <w:tmpl w:val="82CC620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C4B67"/>
    <w:multiLevelType w:val="hybridMultilevel"/>
    <w:tmpl w:val="074EB3B8"/>
    <w:lvl w:ilvl="0" w:tplc="8DA4320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56" w:hanging="360"/>
      </w:pPr>
    </w:lvl>
    <w:lvl w:ilvl="2" w:tplc="080A001B" w:tentative="1">
      <w:start w:val="1"/>
      <w:numFmt w:val="lowerRoman"/>
      <w:lvlText w:val="%3."/>
      <w:lvlJc w:val="right"/>
      <w:pPr>
        <w:ind w:left="2376" w:hanging="180"/>
      </w:pPr>
    </w:lvl>
    <w:lvl w:ilvl="3" w:tplc="080A000F" w:tentative="1">
      <w:start w:val="1"/>
      <w:numFmt w:val="decimal"/>
      <w:lvlText w:val="%4."/>
      <w:lvlJc w:val="left"/>
      <w:pPr>
        <w:ind w:left="3096" w:hanging="360"/>
      </w:pPr>
    </w:lvl>
    <w:lvl w:ilvl="4" w:tplc="080A0019" w:tentative="1">
      <w:start w:val="1"/>
      <w:numFmt w:val="lowerLetter"/>
      <w:lvlText w:val="%5."/>
      <w:lvlJc w:val="left"/>
      <w:pPr>
        <w:ind w:left="3816" w:hanging="360"/>
      </w:pPr>
    </w:lvl>
    <w:lvl w:ilvl="5" w:tplc="080A001B" w:tentative="1">
      <w:start w:val="1"/>
      <w:numFmt w:val="lowerRoman"/>
      <w:lvlText w:val="%6."/>
      <w:lvlJc w:val="right"/>
      <w:pPr>
        <w:ind w:left="4536" w:hanging="180"/>
      </w:pPr>
    </w:lvl>
    <w:lvl w:ilvl="6" w:tplc="080A000F" w:tentative="1">
      <w:start w:val="1"/>
      <w:numFmt w:val="decimal"/>
      <w:lvlText w:val="%7."/>
      <w:lvlJc w:val="left"/>
      <w:pPr>
        <w:ind w:left="5256" w:hanging="360"/>
      </w:pPr>
    </w:lvl>
    <w:lvl w:ilvl="7" w:tplc="080A0019" w:tentative="1">
      <w:start w:val="1"/>
      <w:numFmt w:val="lowerLetter"/>
      <w:lvlText w:val="%8."/>
      <w:lvlJc w:val="left"/>
      <w:pPr>
        <w:ind w:left="5976" w:hanging="360"/>
      </w:pPr>
    </w:lvl>
    <w:lvl w:ilvl="8" w:tplc="08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2A412C49"/>
    <w:multiLevelType w:val="hybridMultilevel"/>
    <w:tmpl w:val="BC9C33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25BF4"/>
    <w:multiLevelType w:val="hybridMultilevel"/>
    <w:tmpl w:val="DC5675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0350"/>
    <w:multiLevelType w:val="hybridMultilevel"/>
    <w:tmpl w:val="F39E8AA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B0B21"/>
    <w:multiLevelType w:val="hybridMultilevel"/>
    <w:tmpl w:val="818C4A04"/>
    <w:lvl w:ilvl="0" w:tplc="CDD4D1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67691"/>
    <w:multiLevelType w:val="hybridMultilevel"/>
    <w:tmpl w:val="3EB05A34"/>
    <w:lvl w:ilvl="0" w:tplc="F2E62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00F0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16CC5"/>
    <w:multiLevelType w:val="hybridMultilevel"/>
    <w:tmpl w:val="9E72E7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824F7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A42D3"/>
    <w:multiLevelType w:val="hybridMultilevel"/>
    <w:tmpl w:val="253A80A8"/>
    <w:lvl w:ilvl="0" w:tplc="3C6C5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C2007"/>
    <w:multiLevelType w:val="hybridMultilevel"/>
    <w:tmpl w:val="27184698"/>
    <w:lvl w:ilvl="0" w:tplc="3FECD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1748572383">
    <w:abstractNumId w:val="21"/>
  </w:num>
  <w:num w:numId="11" w16cid:durableId="904141082">
    <w:abstractNumId w:val="11"/>
  </w:num>
  <w:num w:numId="12" w16cid:durableId="1910993606">
    <w:abstractNumId w:val="22"/>
  </w:num>
  <w:num w:numId="13" w16cid:durableId="850801564">
    <w:abstractNumId w:val="26"/>
  </w:num>
  <w:num w:numId="14" w16cid:durableId="2121875840">
    <w:abstractNumId w:val="27"/>
  </w:num>
  <w:num w:numId="15" w16cid:durableId="1423138573">
    <w:abstractNumId w:val="9"/>
  </w:num>
  <w:num w:numId="16" w16cid:durableId="529102065">
    <w:abstractNumId w:val="13"/>
  </w:num>
  <w:num w:numId="17" w16cid:durableId="1502617748">
    <w:abstractNumId w:val="23"/>
  </w:num>
  <w:num w:numId="18" w16cid:durableId="1732582591">
    <w:abstractNumId w:val="20"/>
  </w:num>
  <w:num w:numId="19" w16cid:durableId="1812021563">
    <w:abstractNumId w:val="15"/>
  </w:num>
  <w:num w:numId="20" w16cid:durableId="1975329895">
    <w:abstractNumId w:val="17"/>
  </w:num>
  <w:num w:numId="21" w16cid:durableId="1530339403">
    <w:abstractNumId w:val="14"/>
  </w:num>
  <w:num w:numId="22" w16cid:durableId="159974568">
    <w:abstractNumId w:val="24"/>
  </w:num>
  <w:num w:numId="23" w16cid:durableId="2135706854">
    <w:abstractNumId w:val="18"/>
  </w:num>
  <w:num w:numId="24" w16cid:durableId="129564920">
    <w:abstractNumId w:val="10"/>
  </w:num>
  <w:num w:numId="25" w16cid:durableId="561449535">
    <w:abstractNumId w:val="19"/>
  </w:num>
  <w:num w:numId="26" w16cid:durableId="911306570">
    <w:abstractNumId w:val="16"/>
  </w:num>
  <w:num w:numId="27" w16cid:durableId="704985594">
    <w:abstractNumId w:val="25"/>
  </w:num>
  <w:num w:numId="28" w16cid:durableId="1624734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25B"/>
    <w:rsid w:val="000C5D0F"/>
    <w:rsid w:val="000D6E32"/>
    <w:rsid w:val="0015074B"/>
    <w:rsid w:val="00165C7E"/>
    <w:rsid w:val="00176DAA"/>
    <w:rsid w:val="0018024D"/>
    <w:rsid w:val="00191765"/>
    <w:rsid w:val="001B70C6"/>
    <w:rsid w:val="001C1E2E"/>
    <w:rsid w:val="001E5BA2"/>
    <w:rsid w:val="001F60C5"/>
    <w:rsid w:val="00205591"/>
    <w:rsid w:val="0029639D"/>
    <w:rsid w:val="002D075C"/>
    <w:rsid w:val="002E1E23"/>
    <w:rsid w:val="00326F90"/>
    <w:rsid w:val="0035160D"/>
    <w:rsid w:val="00366297"/>
    <w:rsid w:val="00393D6D"/>
    <w:rsid w:val="00397B0F"/>
    <w:rsid w:val="003D551B"/>
    <w:rsid w:val="0045397A"/>
    <w:rsid w:val="004859E1"/>
    <w:rsid w:val="004B36EE"/>
    <w:rsid w:val="004D54B3"/>
    <w:rsid w:val="005372F3"/>
    <w:rsid w:val="00537786"/>
    <w:rsid w:val="00563BEA"/>
    <w:rsid w:val="00591AA1"/>
    <w:rsid w:val="005C407A"/>
    <w:rsid w:val="005F4383"/>
    <w:rsid w:val="00621ED5"/>
    <w:rsid w:val="0063462C"/>
    <w:rsid w:val="00646D55"/>
    <w:rsid w:val="00677E4F"/>
    <w:rsid w:val="006D6AF9"/>
    <w:rsid w:val="007006B1"/>
    <w:rsid w:val="00716401"/>
    <w:rsid w:val="00770157"/>
    <w:rsid w:val="007B7FB4"/>
    <w:rsid w:val="00816D65"/>
    <w:rsid w:val="00836EED"/>
    <w:rsid w:val="008450D3"/>
    <w:rsid w:val="00875BCD"/>
    <w:rsid w:val="00880277"/>
    <w:rsid w:val="00896674"/>
    <w:rsid w:val="008B14FA"/>
    <w:rsid w:val="008D1570"/>
    <w:rsid w:val="008F0FBE"/>
    <w:rsid w:val="009039DC"/>
    <w:rsid w:val="00905C84"/>
    <w:rsid w:val="00920332"/>
    <w:rsid w:val="00951AD2"/>
    <w:rsid w:val="009C1506"/>
    <w:rsid w:val="009C63D6"/>
    <w:rsid w:val="00A1631E"/>
    <w:rsid w:val="00A6358C"/>
    <w:rsid w:val="00A64D51"/>
    <w:rsid w:val="00A76B86"/>
    <w:rsid w:val="00A908FB"/>
    <w:rsid w:val="00AA1D8D"/>
    <w:rsid w:val="00AF6946"/>
    <w:rsid w:val="00B3771C"/>
    <w:rsid w:val="00B47730"/>
    <w:rsid w:val="00B647CA"/>
    <w:rsid w:val="00BA741C"/>
    <w:rsid w:val="00BE1908"/>
    <w:rsid w:val="00C56CFE"/>
    <w:rsid w:val="00C76C54"/>
    <w:rsid w:val="00C823B4"/>
    <w:rsid w:val="00CB0664"/>
    <w:rsid w:val="00D40ED4"/>
    <w:rsid w:val="00D46ABF"/>
    <w:rsid w:val="00D47EDB"/>
    <w:rsid w:val="00D606D0"/>
    <w:rsid w:val="00D66A73"/>
    <w:rsid w:val="00DB348F"/>
    <w:rsid w:val="00DE59CB"/>
    <w:rsid w:val="00E13134"/>
    <w:rsid w:val="00E57CF1"/>
    <w:rsid w:val="00E62922"/>
    <w:rsid w:val="00E67EC1"/>
    <w:rsid w:val="00E72919"/>
    <w:rsid w:val="00E8024F"/>
    <w:rsid w:val="00E80740"/>
    <w:rsid w:val="00E8290F"/>
    <w:rsid w:val="00E9430C"/>
    <w:rsid w:val="00E96CEB"/>
    <w:rsid w:val="00EE2871"/>
    <w:rsid w:val="00F064C2"/>
    <w:rsid w:val="00F54959"/>
    <w:rsid w:val="00F92715"/>
    <w:rsid w:val="00FA3555"/>
    <w:rsid w:val="00FB2DE1"/>
    <w:rsid w:val="00FB3D68"/>
    <w:rsid w:val="00FC693F"/>
    <w:rsid w:val="00FD0C20"/>
    <w:rsid w:val="00FE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2779</Words>
  <Characters>15287</Characters>
  <Application>Microsoft Office Word</Application>
  <DocSecurity>0</DocSecurity>
  <Lines>127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JESUS D</cp:lastModifiedBy>
  <cp:revision>3</cp:revision>
  <cp:lastPrinted>2026-08-06T19:01:00Z</cp:lastPrinted>
  <dcterms:created xsi:type="dcterms:W3CDTF">2026-08-26T16:49:00Z</dcterms:created>
  <dcterms:modified xsi:type="dcterms:W3CDTF">2026-10-14T15:25:00Z</dcterms:modified>
  <cp:category/>
</cp:coreProperties>
</file>