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0278E" w14:textId="00B5D688" w:rsidR="004859E1" w:rsidRPr="00091D37" w:rsidRDefault="001C5691">
      <w:pPr>
        <w:spacing w:after="0" w:line="240" w:lineRule="auto"/>
      </w:pPr>
      <w:r w:rsidRPr="00091D37">
        <w:rPr>
          <w:b/>
        </w:rPr>
        <w:t>SUJETO OBLIGADO ANTE EL CUAL SE PRESENTÓ LA SOLICITUD DE INFORMACIÓN.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1B3E8F5F" w14:textId="77777777">
        <w:trPr>
          <w:jc w:val="center"/>
        </w:trPr>
        <w:tc>
          <w:tcPr>
            <w:tcW w:w="10368" w:type="dxa"/>
          </w:tcPr>
          <w:p w14:paraId="6DBA32DF" w14:textId="355B78EC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Sujeto Obligado ante el cual se presentó la solicitud</w:t>
            </w:r>
            <w:r w:rsidR="006702A4" w:rsidRPr="00091D37">
              <w:rPr>
                <w:sz w:val="16"/>
                <w:szCs w:val="16"/>
              </w:rPr>
              <w:t>: ______________________________________________________________</w:t>
            </w:r>
          </w:p>
        </w:tc>
      </w:tr>
    </w:tbl>
    <w:p w14:paraId="41BBE61F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5BAF196" w14:textId="4D57F14C" w:rsidR="004859E1" w:rsidRPr="00091D37" w:rsidRDefault="001C5691">
      <w:pPr>
        <w:spacing w:after="0" w:line="240" w:lineRule="auto"/>
      </w:pPr>
      <w:r w:rsidRPr="00091D37">
        <w:rPr>
          <w:b/>
        </w:rPr>
        <w:t>NOMBRE DE LA PERSONA SOLICITANTE QUE RECUR</w:t>
      </w:r>
      <w:r w:rsidR="00165C7E" w:rsidRPr="00091D37">
        <w:rPr>
          <w:b/>
        </w:rPr>
        <w:t>RE</w:t>
      </w:r>
      <w:r w:rsidRPr="00091D37">
        <w:rPr>
          <w:b/>
        </w:rPr>
        <w:t xml:space="preserve"> O DE SU REPRESENTANTE.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6CEF53F0" w14:textId="77777777">
        <w:trPr>
          <w:jc w:val="center"/>
        </w:trPr>
        <w:tc>
          <w:tcPr>
            <w:tcW w:w="10368" w:type="dxa"/>
          </w:tcPr>
          <w:p w14:paraId="28EB04A6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Nombre: </w:t>
            </w:r>
            <w:r w:rsidR="009D7342" w:rsidRPr="00091D37">
              <w:rPr>
                <w:sz w:val="16"/>
                <w:szCs w:val="16"/>
              </w:rPr>
              <w:t>_______________</w:t>
            </w:r>
            <w:r w:rsidRPr="00091D37">
              <w:rPr>
                <w:sz w:val="16"/>
                <w:szCs w:val="16"/>
              </w:rPr>
              <w:t>____________________    Apellido paterno 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>_    Apellido materno __________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 xml:space="preserve">     </w:t>
            </w:r>
          </w:p>
          <w:p w14:paraId="4FD3018D" w14:textId="4B097880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493C186" w14:textId="77777777">
        <w:trPr>
          <w:jc w:val="center"/>
        </w:trPr>
        <w:tc>
          <w:tcPr>
            <w:tcW w:w="10368" w:type="dxa"/>
          </w:tcPr>
          <w:p w14:paraId="15179366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(en su caso): ____________________    Apellido paterno __________    Apellido materno 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 xml:space="preserve">   </w:t>
            </w:r>
          </w:p>
          <w:p w14:paraId="34741699" w14:textId="5B7D299E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7E1C85B" w14:textId="77777777">
        <w:trPr>
          <w:jc w:val="center"/>
        </w:trPr>
        <w:tc>
          <w:tcPr>
            <w:tcW w:w="10368" w:type="dxa"/>
          </w:tcPr>
          <w:p w14:paraId="18DD44B9" w14:textId="014EA323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Persona Moral</w:t>
            </w:r>
            <w:r w:rsidR="009D7342" w:rsidRPr="00091D37">
              <w:rPr>
                <w:sz w:val="16"/>
                <w:szCs w:val="16"/>
              </w:rPr>
              <w:t xml:space="preserve"> (Denominación o Razón Social)</w:t>
            </w:r>
            <w:r w:rsidRPr="00091D37">
              <w:rPr>
                <w:sz w:val="16"/>
                <w:szCs w:val="16"/>
              </w:rPr>
              <w:t>: ___________________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>_</w:t>
            </w:r>
            <w:r w:rsidR="009D7342" w:rsidRPr="00091D37">
              <w:rPr>
                <w:sz w:val="16"/>
                <w:szCs w:val="16"/>
              </w:rPr>
              <w:t>_____________________________________</w:t>
            </w:r>
          </w:p>
          <w:p w14:paraId="137418A2" w14:textId="6D26EAA6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5C3B30AE" w14:textId="77777777">
        <w:trPr>
          <w:jc w:val="center"/>
        </w:trPr>
        <w:tc>
          <w:tcPr>
            <w:tcW w:w="10368" w:type="dxa"/>
          </w:tcPr>
          <w:p w14:paraId="033498E3" w14:textId="1E825D02" w:rsidR="00165C7E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Legal: ____________________</w:t>
            </w:r>
            <w:r w:rsidR="00165C7E" w:rsidRPr="00091D37">
              <w:rPr>
                <w:sz w:val="16"/>
                <w:szCs w:val="16"/>
              </w:rPr>
              <w:t>________________________________________</w:t>
            </w:r>
          </w:p>
          <w:p w14:paraId="5BD02C2A" w14:textId="7CE93C88" w:rsidR="004859E1" w:rsidRPr="00091D37" w:rsidRDefault="00165C7E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                                                                Apellido paterno            Apellido materno                 Nombre(s) </w:t>
            </w:r>
          </w:p>
        </w:tc>
      </w:tr>
    </w:tbl>
    <w:p w14:paraId="7628CC4F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5C772DA" w14:textId="57B925BC" w:rsidR="004859E1" w:rsidRPr="00091D37" w:rsidRDefault="001C5691">
      <w:pPr>
        <w:spacing w:after="0" w:line="240" w:lineRule="auto"/>
      </w:pPr>
      <w:r w:rsidRPr="00091D37">
        <w:rPr>
          <w:b/>
        </w:rPr>
        <w:t>DOMICILIO, CORREO ELECTRÓNICO Y PERSONA AUTORIZADA POR LA PERSONA RECURRENTE, PARA OÍR Y RECIBIR NOTIFICACIONES (en la ciudad de Chetumal).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6CC9343" w14:textId="77777777">
        <w:trPr>
          <w:jc w:val="center"/>
        </w:trPr>
        <w:tc>
          <w:tcPr>
            <w:tcW w:w="10368" w:type="dxa"/>
          </w:tcPr>
          <w:p w14:paraId="2F8E07C3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</w:tc>
      </w:tr>
      <w:tr w:rsidR="004859E1" w:rsidRPr="00091D37" w14:paraId="577C51C3" w14:textId="77777777">
        <w:trPr>
          <w:jc w:val="center"/>
        </w:trPr>
        <w:tc>
          <w:tcPr>
            <w:tcW w:w="10368" w:type="dxa"/>
          </w:tcPr>
          <w:p w14:paraId="213A5FD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  <w:tr w:rsidR="004859E1" w:rsidRPr="00091D37" w14:paraId="2283855B" w14:textId="77777777">
        <w:trPr>
          <w:jc w:val="center"/>
        </w:trPr>
        <w:tc>
          <w:tcPr>
            <w:tcW w:w="10368" w:type="dxa"/>
          </w:tcPr>
          <w:p w14:paraId="575993AF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Correo electrónico*: ______________________________</w:t>
            </w:r>
          </w:p>
        </w:tc>
      </w:tr>
      <w:tr w:rsidR="004859E1" w:rsidRPr="00091D37" w14:paraId="4BAE5023" w14:textId="77777777">
        <w:trPr>
          <w:jc w:val="center"/>
        </w:trPr>
        <w:tc>
          <w:tcPr>
            <w:tcW w:w="10368" w:type="dxa"/>
          </w:tcPr>
          <w:p w14:paraId="2A9FB34D" w14:textId="4276FCE2" w:rsidR="004859E1" w:rsidRPr="00091D37" w:rsidRDefault="001C5691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091D37">
              <w:rPr>
                <w:b/>
                <w:bCs/>
                <w:sz w:val="14"/>
                <w:szCs w:val="14"/>
              </w:rPr>
              <w:t>NOTA IMPORTANTE:</w:t>
            </w:r>
            <w:r w:rsidRPr="00091D37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091D37">
              <w:rPr>
                <w:sz w:val="14"/>
                <w:szCs w:val="14"/>
              </w:rPr>
              <w:t>l</w:t>
            </w:r>
            <w:r w:rsidR="008C3675">
              <w:rPr>
                <w:sz w:val="14"/>
                <w:szCs w:val="14"/>
              </w:rPr>
              <w:t xml:space="preserve"> Instituto Quintanarroense de Transparencia para el Pueblo</w:t>
            </w:r>
            <w:r w:rsidR="00165C7E" w:rsidRPr="00091D37">
              <w:rPr>
                <w:color w:val="C00000"/>
                <w:sz w:val="14"/>
                <w:szCs w:val="14"/>
              </w:rPr>
              <w:t>.</w:t>
            </w:r>
          </w:p>
        </w:tc>
      </w:tr>
      <w:tr w:rsidR="004859E1" w:rsidRPr="00091D37" w14:paraId="6DE6B91C" w14:textId="77777777">
        <w:trPr>
          <w:jc w:val="center"/>
        </w:trPr>
        <w:tc>
          <w:tcPr>
            <w:tcW w:w="10368" w:type="dxa"/>
          </w:tcPr>
          <w:p w14:paraId="79452D45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</w:p>
        </w:tc>
      </w:tr>
    </w:tbl>
    <w:p w14:paraId="383380FB" w14:textId="77777777" w:rsidR="00E8024F" w:rsidRPr="00091D37" w:rsidRDefault="00E8024F">
      <w:pPr>
        <w:spacing w:after="0" w:line="240" w:lineRule="auto"/>
        <w:rPr>
          <w:b/>
        </w:rPr>
      </w:pPr>
    </w:p>
    <w:p w14:paraId="4758498D" w14:textId="0D996789" w:rsidR="004859E1" w:rsidRPr="00091D37" w:rsidRDefault="001C5691">
      <w:pPr>
        <w:spacing w:after="0" w:line="240" w:lineRule="auto"/>
      </w:pPr>
      <w:r w:rsidRPr="00091D37">
        <w:rPr>
          <w:b/>
        </w:rPr>
        <w:t>NOMBRE Y DOMICILIO DE LA PERSONA TERCERA INTERESADA, EN SU CASO. *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DB9D6A3" w14:textId="77777777">
        <w:trPr>
          <w:jc w:val="center"/>
        </w:trPr>
        <w:tc>
          <w:tcPr>
            <w:tcW w:w="10368" w:type="dxa"/>
          </w:tcPr>
          <w:p w14:paraId="210A9318" w14:textId="1EA03FE4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Nombre: ____________________    Apellido paterno __________</w:t>
            </w:r>
            <w:r w:rsidR="009D7342" w:rsidRPr="00091D37">
              <w:rPr>
                <w:sz w:val="16"/>
                <w:szCs w:val="16"/>
              </w:rPr>
              <w:t>_____</w:t>
            </w:r>
            <w:r w:rsidRPr="00091D37">
              <w:rPr>
                <w:sz w:val="16"/>
                <w:szCs w:val="16"/>
              </w:rPr>
              <w:t xml:space="preserve">    Apellido materno _________</w:t>
            </w:r>
            <w:r w:rsidR="009D7342" w:rsidRPr="00091D37">
              <w:rPr>
                <w:sz w:val="16"/>
                <w:szCs w:val="16"/>
              </w:rPr>
              <w:t>_________</w:t>
            </w:r>
            <w:r w:rsidRPr="00091D37">
              <w:rPr>
                <w:sz w:val="16"/>
                <w:szCs w:val="16"/>
              </w:rPr>
              <w:t xml:space="preserve">_    </w:t>
            </w:r>
          </w:p>
        </w:tc>
      </w:tr>
      <w:tr w:rsidR="004859E1" w:rsidRPr="00091D37" w14:paraId="4255CF6A" w14:textId="77777777">
        <w:trPr>
          <w:jc w:val="center"/>
        </w:trPr>
        <w:tc>
          <w:tcPr>
            <w:tcW w:w="10368" w:type="dxa"/>
          </w:tcPr>
          <w:p w14:paraId="4D6BF9AA" w14:textId="471B16BF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</w:t>
            </w:r>
          </w:p>
        </w:tc>
      </w:tr>
      <w:tr w:rsidR="004859E1" w:rsidRPr="00091D37" w14:paraId="1A76A60E" w14:textId="77777777">
        <w:trPr>
          <w:jc w:val="center"/>
        </w:trPr>
        <w:tc>
          <w:tcPr>
            <w:tcW w:w="10368" w:type="dxa"/>
          </w:tcPr>
          <w:p w14:paraId="7102FB7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</w:tbl>
    <w:p w14:paraId="1EFC9E5D" w14:textId="0269C8B0" w:rsidR="00E8024F" w:rsidRPr="008C3675" w:rsidRDefault="008C3675" w:rsidP="008C3675">
      <w:pPr>
        <w:tabs>
          <w:tab w:val="left" w:pos="1430"/>
        </w:tabs>
        <w:spacing w:after="0" w:line="240" w:lineRule="auto"/>
        <w:rPr>
          <w:b/>
          <w:sz w:val="12"/>
          <w:szCs w:val="12"/>
        </w:rPr>
      </w:pPr>
      <w:r>
        <w:rPr>
          <w:b/>
        </w:rPr>
        <w:tab/>
      </w:r>
    </w:p>
    <w:p w14:paraId="54CD310A" w14:textId="4CA385C6" w:rsidR="004859E1" w:rsidRPr="00091D37" w:rsidRDefault="001C5691">
      <w:pPr>
        <w:spacing w:after="0" w:line="240" w:lineRule="auto"/>
      </w:pPr>
      <w:r w:rsidRPr="00091D37">
        <w:rPr>
          <w:b/>
        </w:rPr>
        <w:t>NÚMERO DE FOLIO DE LA RESPUESTA Y/O FOLIO DE LA SOLICITUD DE ACCESO.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336ECF23" w14:textId="77777777">
        <w:trPr>
          <w:jc w:val="center"/>
        </w:trPr>
        <w:tc>
          <w:tcPr>
            <w:tcW w:w="10368" w:type="dxa"/>
          </w:tcPr>
          <w:p w14:paraId="5EDF312F" w14:textId="412F7433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Número de folio de respuesta otorgada a la solicitud de acceso de la persona recurrente: _____________________________</w:t>
            </w:r>
            <w:r w:rsidR="009D7342" w:rsidRPr="00091D37">
              <w:rPr>
                <w:sz w:val="16"/>
                <w:szCs w:val="16"/>
              </w:rPr>
              <w:t>_______</w:t>
            </w:r>
            <w:r w:rsidRPr="00091D37">
              <w:rPr>
                <w:sz w:val="16"/>
                <w:szCs w:val="16"/>
              </w:rPr>
              <w:t>_</w:t>
            </w:r>
          </w:p>
        </w:tc>
      </w:tr>
      <w:tr w:rsidR="004859E1" w:rsidRPr="00091D37" w14:paraId="3FF350F6" w14:textId="77777777">
        <w:trPr>
          <w:jc w:val="center"/>
        </w:trPr>
        <w:tc>
          <w:tcPr>
            <w:tcW w:w="10368" w:type="dxa"/>
          </w:tcPr>
          <w:p w14:paraId="3D0D3D3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no existir respuesta, señale el número de folio de la solicitud de la persona recurrente: ______________________________</w:t>
            </w:r>
          </w:p>
        </w:tc>
      </w:tr>
    </w:tbl>
    <w:p w14:paraId="4149F61C" w14:textId="77777777" w:rsidR="00880277" w:rsidRPr="008C3675" w:rsidRDefault="00880277">
      <w:pPr>
        <w:spacing w:after="0" w:line="240" w:lineRule="auto"/>
        <w:jc w:val="center"/>
        <w:rPr>
          <w:sz w:val="12"/>
          <w:szCs w:val="12"/>
        </w:rPr>
      </w:pPr>
    </w:p>
    <w:p w14:paraId="0A622436" w14:textId="5E6CA268" w:rsidR="004859E1" w:rsidRPr="00091D37" w:rsidRDefault="001C5691" w:rsidP="00165C7E">
      <w:pPr>
        <w:spacing w:after="0" w:line="240" w:lineRule="auto"/>
        <w:jc w:val="both"/>
      </w:pPr>
      <w:r w:rsidRPr="00091D37">
        <w:rPr>
          <w:b/>
        </w:rPr>
        <w:t>FECHA EN QUE FUE NOTIFICADA LA RESPUESTA A LA PERSONA SOLICITANTE O TUVO CONOCIMIENTO DEL ACTO RECLAMADO, O DE PRESENTACIÓN DE LA SOLICITUD, EN CASO DE FALTA DE RESPUESTA NOTIFICACIÓN DE LA RESPUESTA A LA SOLICITUD.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DF27DF1" w14:textId="77777777">
        <w:trPr>
          <w:jc w:val="center"/>
        </w:trPr>
        <w:tc>
          <w:tcPr>
            <w:tcW w:w="10368" w:type="dxa"/>
          </w:tcPr>
          <w:p w14:paraId="4FBD2D16" w14:textId="416B9E9F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Fecha en la que fue notificada la respuesta a la persona solicitante o tuvo conocimiento del acto reclamado: ___________</w:t>
            </w:r>
            <w:r w:rsidR="009D7342" w:rsidRPr="00091D37">
              <w:rPr>
                <w:sz w:val="16"/>
                <w:szCs w:val="16"/>
              </w:rPr>
              <w:t>___</w:t>
            </w:r>
            <w:proofErr w:type="gramStart"/>
            <w:r w:rsidR="009D7342" w:rsidRPr="00091D37">
              <w:rPr>
                <w:sz w:val="16"/>
                <w:szCs w:val="16"/>
              </w:rPr>
              <w:t>_</w:t>
            </w:r>
            <w:r w:rsidRPr="00091D37">
              <w:rPr>
                <w:sz w:val="16"/>
                <w:szCs w:val="16"/>
              </w:rPr>
              <w:t xml:space="preserve"> </w:t>
            </w:r>
            <w:r w:rsidR="009D7342" w:rsidRPr="00091D37">
              <w:rPr>
                <w:sz w:val="16"/>
                <w:szCs w:val="16"/>
              </w:rPr>
              <w:t xml:space="preserve"> </w:t>
            </w:r>
            <w:r w:rsidRPr="00091D37">
              <w:rPr>
                <w:sz w:val="16"/>
                <w:szCs w:val="16"/>
              </w:rPr>
              <w:t>(</w:t>
            </w:r>
            <w:proofErr w:type="spellStart"/>
            <w:proofErr w:type="gramEnd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7213D580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7180FCEE" w14:textId="77777777">
        <w:trPr>
          <w:jc w:val="center"/>
        </w:trPr>
        <w:tc>
          <w:tcPr>
            <w:tcW w:w="10368" w:type="dxa"/>
          </w:tcPr>
          <w:p w14:paraId="1B58577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A falta de respuesta, señale la fecha en que presentó la solicitud: ____________________ (</w:t>
            </w:r>
            <w:proofErr w:type="spellStart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5AD67CDC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21BDCAC" w14:textId="77777777" w:rsidR="00E8024F" w:rsidRPr="008C3675" w:rsidRDefault="00E8024F" w:rsidP="008C3675">
      <w:pPr>
        <w:spacing w:after="0" w:line="240" w:lineRule="auto"/>
        <w:ind w:firstLine="720"/>
        <w:rPr>
          <w:b/>
          <w:sz w:val="12"/>
          <w:szCs w:val="12"/>
        </w:rPr>
      </w:pPr>
    </w:p>
    <w:p w14:paraId="7C741DB5" w14:textId="6440CF2A" w:rsidR="004859E1" w:rsidRPr="00091D37" w:rsidRDefault="001C5691">
      <w:pPr>
        <w:spacing w:after="0" w:line="240" w:lineRule="auto"/>
      </w:pPr>
      <w:r w:rsidRPr="00091D37">
        <w:rPr>
          <w:b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Pr="00091D37" w:rsidRDefault="004859E1">
            <w:pPr>
              <w:spacing w:after="0"/>
            </w:pPr>
          </w:p>
          <w:p w14:paraId="06FD20C3" w14:textId="77777777" w:rsidR="00E8024F" w:rsidRPr="00091D37" w:rsidRDefault="00E8024F">
            <w:pPr>
              <w:spacing w:after="0"/>
            </w:pPr>
          </w:p>
          <w:p w14:paraId="708E8786" w14:textId="77777777" w:rsidR="00E8024F" w:rsidRPr="00091D37" w:rsidRDefault="00E8024F">
            <w:pPr>
              <w:spacing w:after="0"/>
            </w:pPr>
          </w:p>
          <w:p w14:paraId="31F77043" w14:textId="77777777" w:rsidR="00E8024F" w:rsidRPr="00091D37" w:rsidRDefault="00E8024F">
            <w:pPr>
              <w:spacing w:after="0"/>
            </w:pPr>
          </w:p>
          <w:p w14:paraId="0DA4B4A6" w14:textId="2B300685" w:rsidR="00E8024F" w:rsidRPr="00091D37" w:rsidRDefault="00E8024F">
            <w:pPr>
              <w:spacing w:after="0"/>
            </w:pPr>
          </w:p>
        </w:tc>
      </w:tr>
    </w:tbl>
    <w:p w14:paraId="7A2A1DC9" w14:textId="77777777" w:rsidR="007006B1" w:rsidRPr="008C3675" w:rsidRDefault="007006B1">
      <w:pPr>
        <w:spacing w:after="0" w:line="240" w:lineRule="auto"/>
        <w:rPr>
          <w:b/>
          <w:sz w:val="12"/>
          <w:szCs w:val="12"/>
        </w:rPr>
      </w:pPr>
    </w:p>
    <w:p w14:paraId="27907D0E" w14:textId="4A35298B" w:rsidR="004859E1" w:rsidRPr="00091D37" w:rsidRDefault="001C5691">
      <w:pPr>
        <w:spacing w:after="0" w:line="240" w:lineRule="auto"/>
      </w:pPr>
      <w:r w:rsidRPr="00091D37">
        <w:rPr>
          <w:b/>
        </w:rPr>
        <w:t>RAZONES O MOTIVOS DE LA INCONFORMIDAD.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22C767D" w14:textId="77777777">
        <w:trPr>
          <w:jc w:val="center"/>
        </w:trPr>
        <w:tc>
          <w:tcPr>
            <w:tcW w:w="10368" w:type="dxa"/>
          </w:tcPr>
          <w:p w14:paraId="6D1A39E8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1. En fecha ____ de __________ </w:t>
            </w:r>
            <w:proofErr w:type="spellStart"/>
            <w:r w:rsidRPr="00091D37">
              <w:rPr>
                <w:sz w:val="16"/>
                <w:szCs w:val="16"/>
              </w:rPr>
              <w:t>de</w:t>
            </w:r>
            <w:proofErr w:type="spellEnd"/>
            <w:r w:rsidRPr="00091D37">
              <w:rPr>
                <w:sz w:val="16"/>
                <w:szCs w:val="16"/>
              </w:rPr>
              <w:t xml:space="preserve"> ______, acudí a la ____________________, a realizar una solicitud de acceso a la información.</w:t>
            </w:r>
          </w:p>
        </w:tc>
      </w:tr>
      <w:tr w:rsidR="004859E1" w:rsidRPr="00091D37" w14:paraId="54F6CF7A" w14:textId="77777777">
        <w:trPr>
          <w:jc w:val="center"/>
        </w:trPr>
        <w:tc>
          <w:tcPr>
            <w:tcW w:w="10368" w:type="dxa"/>
          </w:tcPr>
          <w:p w14:paraId="1ECA60F8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2. La solicitud de información que realicé consistía en: ________________________________________________</w:t>
            </w:r>
          </w:p>
        </w:tc>
      </w:tr>
      <w:tr w:rsidR="004859E1" w:rsidRPr="00091D37" w14:paraId="732F0A5F" w14:textId="77777777">
        <w:trPr>
          <w:jc w:val="center"/>
        </w:trPr>
        <w:tc>
          <w:tcPr>
            <w:tcW w:w="10368" w:type="dxa"/>
          </w:tcPr>
          <w:p w14:paraId="1B825CC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3. Es el caso que la Unidad de Transparencia responsable de emitir el acto: ________________________________</w:t>
            </w:r>
          </w:p>
        </w:tc>
      </w:tr>
    </w:tbl>
    <w:p w14:paraId="65051AFA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EADDFE9" w14:textId="65D6303A" w:rsidR="004859E1" w:rsidRPr="00091D37" w:rsidRDefault="001C5691">
      <w:pPr>
        <w:spacing w:after="0" w:line="240" w:lineRule="auto"/>
      </w:pPr>
      <w:r w:rsidRPr="00091D37">
        <w:rPr>
          <w:b/>
        </w:rPr>
        <w:t>Elija la opción, marcándola con una “X”</w:t>
      </w:r>
    </w:p>
    <w:p w14:paraId="1F73E229" w14:textId="6813203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clasificación de la información. </w:t>
      </w:r>
    </w:p>
    <w:p w14:paraId="3BB803C1" w14:textId="706F974E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declaración de inexistencia de información.</w:t>
      </w:r>
    </w:p>
    <w:p w14:paraId="1D74DA2F" w14:textId="040C7FDA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lastRenderedPageBreak/>
        <w:t xml:space="preserve">☐ La declaración de incompetencia por el Sujeto Obligado. </w:t>
      </w:r>
    </w:p>
    <w:p w14:paraId="26E2F319" w14:textId="6E91930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de información incompleta. </w:t>
      </w:r>
    </w:p>
    <w:p w14:paraId="6B94DE7F" w14:textId="61C35727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de información que no corresponda con lo solicitado. </w:t>
      </w:r>
    </w:p>
    <w:p w14:paraId="492894DD" w14:textId="1DF34FB5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falta de respuesta a una solicitud de acceso a la información dentro de los plazos establecidos en la Ley.</w:t>
      </w:r>
    </w:p>
    <w:p w14:paraId="34E3BD53" w14:textId="1A4592BF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notificación, entrega o puesta a disposición de información en una modalidad o formato distinto al solicitado. </w:t>
      </w:r>
    </w:p>
    <w:p w14:paraId="1FE2E73B" w14:textId="7A1B618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o puesta a disposición de información en un formato incomprensible y/o no accesible para la persona solicitante. </w:t>
      </w:r>
    </w:p>
    <w:p w14:paraId="5ECD803F" w14:textId="077893F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Los costos o tiempos de entrega de la información. </w:t>
      </w:r>
    </w:p>
    <w:p w14:paraId="0CBDEB79" w14:textId="37D0449E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falta de trámite a una solicitud. </w:t>
      </w:r>
    </w:p>
    <w:p w14:paraId="6CFF3AB9" w14:textId="4BE5207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negativa a permitir la consulta directa de la información. </w:t>
      </w:r>
    </w:p>
    <w:p w14:paraId="167CCD23" w14:textId="301C330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falta, deficiencia o insuficiencia de la fundamentación y/o motivación en la respuesta. </w:t>
      </w:r>
    </w:p>
    <w:p w14:paraId="4CD669FE" w14:textId="44DD6DC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orientación a un trámite específico. </w:t>
      </w:r>
    </w:p>
    <w:p w14:paraId="5122DFC4" w14:textId="77777777" w:rsidR="00091D37" w:rsidRPr="008C3675" w:rsidRDefault="00091D37" w:rsidP="00091D37">
      <w:pPr>
        <w:spacing w:after="0" w:line="240" w:lineRule="auto"/>
        <w:jc w:val="both"/>
        <w:rPr>
          <w:b/>
          <w:sz w:val="12"/>
          <w:szCs w:val="12"/>
        </w:rPr>
      </w:pPr>
    </w:p>
    <w:p w14:paraId="58AD0A8A" w14:textId="7DCA3367" w:rsidR="004859E1" w:rsidRDefault="001C5691" w:rsidP="00091D37">
      <w:pPr>
        <w:spacing w:after="0" w:line="240" w:lineRule="auto"/>
        <w:jc w:val="both"/>
        <w:rPr>
          <w:b/>
          <w:sz w:val="16"/>
          <w:szCs w:val="16"/>
        </w:rPr>
      </w:pPr>
      <w:r w:rsidRPr="00091D37">
        <w:rPr>
          <w:b/>
          <w:sz w:val="16"/>
          <w:szCs w:val="16"/>
        </w:rPr>
        <w:t>Elija con una “X” la opción:</w:t>
      </w:r>
    </w:p>
    <w:p w14:paraId="141E29CE" w14:textId="77777777" w:rsidR="00091D37" w:rsidRPr="008C3675" w:rsidRDefault="00091D37" w:rsidP="00091D37">
      <w:pPr>
        <w:spacing w:after="0" w:line="240" w:lineRule="auto"/>
        <w:jc w:val="both"/>
        <w:rPr>
          <w:sz w:val="12"/>
          <w:szCs w:val="12"/>
        </w:rPr>
      </w:pPr>
    </w:p>
    <w:p w14:paraId="017A451A" w14:textId="092E68B0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respuesta que se impugna</w:t>
      </w:r>
      <w:r w:rsidR="00987E4A" w:rsidRPr="00091D37">
        <w:rPr>
          <w:sz w:val="16"/>
          <w:szCs w:val="16"/>
        </w:rPr>
        <w:t>.</w:t>
      </w:r>
    </w:p>
    <w:p w14:paraId="4AB99850" w14:textId="5472D618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notificación de la respuesta correspondiente</w:t>
      </w:r>
      <w:r w:rsidR="00987E4A" w:rsidRPr="00091D37">
        <w:rPr>
          <w:sz w:val="16"/>
          <w:szCs w:val="16"/>
        </w:rPr>
        <w:t>.</w:t>
      </w:r>
    </w:p>
    <w:p w14:paraId="4D1512CC" w14:textId="548C2C5C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solicitud realizada, en caso de falta de respuesta (Negativa Ficta)</w:t>
      </w:r>
      <w:r w:rsidR="00987E4A" w:rsidRPr="00091D37">
        <w:rPr>
          <w:sz w:val="16"/>
          <w:szCs w:val="16"/>
        </w:rPr>
        <w:t>.</w:t>
      </w:r>
    </w:p>
    <w:p w14:paraId="3C7F0A54" w14:textId="77777777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En caso de que la solicitud de información se haya presentado por correo certificado con acuse de recibo, a la copia de la solicitud se deberá anexar el número de folio de la pieza postal, el sello del acuse de recibo y de la oficina postal respectiva.</w:t>
      </w:r>
    </w:p>
    <w:p w14:paraId="5F3B2C52" w14:textId="77777777" w:rsidR="00880277" w:rsidRPr="00091D37" w:rsidRDefault="00880277">
      <w:pPr>
        <w:spacing w:after="0" w:line="240" w:lineRule="auto"/>
        <w:rPr>
          <w:sz w:val="16"/>
          <w:szCs w:val="16"/>
        </w:rPr>
      </w:pPr>
    </w:p>
    <w:p w14:paraId="512C1893" w14:textId="5A4AF64D" w:rsidR="004859E1" w:rsidRPr="00091D37" w:rsidRDefault="001C5691">
      <w:pPr>
        <w:spacing w:after="0" w:line="240" w:lineRule="auto"/>
      </w:pPr>
      <w:r w:rsidRPr="00091D37">
        <w:rPr>
          <w:b/>
        </w:rPr>
        <w:t>PRUEBAS QUE SE ANEXAN.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549E7B48" w14:textId="77777777">
        <w:trPr>
          <w:jc w:val="center"/>
        </w:trPr>
        <w:tc>
          <w:tcPr>
            <w:tcW w:w="10368" w:type="dxa"/>
          </w:tcPr>
          <w:p w14:paraId="23B79366" w14:textId="77777777" w:rsidR="004859E1" w:rsidRPr="00091D37" w:rsidRDefault="001C5691" w:rsidP="00165C7E">
            <w:pPr>
              <w:spacing w:after="0"/>
              <w:jc w:val="both"/>
              <w:rPr>
                <w:sz w:val="16"/>
                <w:szCs w:val="16"/>
              </w:rPr>
            </w:pPr>
            <w:r w:rsidRPr="00A07201">
              <w:rPr>
                <w:sz w:val="16"/>
                <w:szCs w:val="16"/>
                <w:lang w:val="pt-PT"/>
              </w:rPr>
              <w:t xml:space="preserve">☐ Carta Poder o Poder Notarial. </w:t>
            </w:r>
            <w:r w:rsidRPr="00091D37">
              <w:rPr>
                <w:sz w:val="16"/>
                <w:szCs w:val="16"/>
              </w:rPr>
              <w:t>Sólo en caso de presentar el Recurso por medio de representante o cuando se trate de Personas Morales.</w:t>
            </w:r>
          </w:p>
        </w:tc>
      </w:tr>
      <w:tr w:rsidR="004859E1" w:rsidRPr="00091D37" w14:paraId="2D5539FF" w14:textId="77777777">
        <w:trPr>
          <w:jc w:val="center"/>
        </w:trPr>
        <w:tc>
          <w:tcPr>
            <w:tcW w:w="10368" w:type="dxa"/>
          </w:tcPr>
          <w:p w14:paraId="5EEC6115" w14:textId="21100D20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☐ Otros documentos y elementos que considere procedentes someter a juicio </w:t>
            </w:r>
            <w:r w:rsidR="00165C7E" w:rsidRPr="00091D37">
              <w:rPr>
                <w:sz w:val="16"/>
                <w:szCs w:val="16"/>
              </w:rPr>
              <w:t xml:space="preserve">de la </w:t>
            </w:r>
            <w:r w:rsidR="00165C7E" w:rsidRPr="00091D37">
              <w:rPr>
                <w:color w:val="C00000"/>
                <w:sz w:val="16"/>
                <w:szCs w:val="16"/>
              </w:rPr>
              <w:t>Autoridad Garante Estatal.</w:t>
            </w:r>
          </w:p>
        </w:tc>
      </w:tr>
      <w:tr w:rsidR="004859E1" w:rsidRPr="00091D37" w14:paraId="19D9F8B4" w14:textId="77777777">
        <w:trPr>
          <w:jc w:val="center"/>
        </w:trPr>
        <w:tc>
          <w:tcPr>
            <w:tcW w:w="10368" w:type="dxa"/>
          </w:tcPr>
          <w:p w14:paraId="399EBD89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Describir documentos: ____________________________________________________________________________</w:t>
            </w:r>
          </w:p>
        </w:tc>
      </w:tr>
    </w:tbl>
    <w:p w14:paraId="300ACAE3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5A26D340" w14:textId="56098B6E" w:rsidR="004859E1" w:rsidRPr="00091D37" w:rsidRDefault="001C5691">
      <w:pPr>
        <w:spacing w:after="0" w:line="240" w:lineRule="auto"/>
      </w:pPr>
      <w:r w:rsidRPr="00091D37">
        <w:rPr>
          <w:b/>
        </w:rPr>
        <w:t>FIRMA O HUELLA DIGITAL DE LA PERSONA RECURRENTE.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A0E7030" w14:textId="77777777">
        <w:trPr>
          <w:jc w:val="center"/>
        </w:trPr>
        <w:tc>
          <w:tcPr>
            <w:tcW w:w="10368" w:type="dxa"/>
          </w:tcPr>
          <w:p w14:paraId="1E83317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 la persona Recurrente: ________________________________________________</w:t>
            </w:r>
          </w:p>
        </w:tc>
      </w:tr>
      <w:tr w:rsidR="004859E1" w:rsidRPr="00091D37" w14:paraId="2691E0CA" w14:textId="77777777">
        <w:trPr>
          <w:jc w:val="center"/>
        </w:trPr>
        <w:tc>
          <w:tcPr>
            <w:tcW w:w="10368" w:type="dxa"/>
          </w:tcPr>
          <w:p w14:paraId="06F2AADF" w14:textId="0C6D6421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Firma o </w:t>
            </w:r>
            <w:r w:rsidR="00165C7E" w:rsidRPr="00091D37">
              <w:rPr>
                <w:sz w:val="16"/>
                <w:szCs w:val="16"/>
              </w:rPr>
              <w:t>huella digital</w:t>
            </w:r>
            <w:r w:rsidRPr="00091D37">
              <w:rPr>
                <w:sz w:val="16"/>
                <w:szCs w:val="16"/>
              </w:rPr>
              <w:t>*: __________________________________________________________</w:t>
            </w:r>
          </w:p>
        </w:tc>
      </w:tr>
    </w:tbl>
    <w:p w14:paraId="7AE82CF0" w14:textId="77777777" w:rsidR="00880277" w:rsidRPr="008C3675" w:rsidRDefault="00880277">
      <w:pPr>
        <w:spacing w:after="0" w:line="240" w:lineRule="auto"/>
        <w:rPr>
          <w:b/>
          <w:sz w:val="12"/>
          <w:szCs w:val="12"/>
        </w:rPr>
      </w:pPr>
    </w:p>
    <w:p w14:paraId="45696C91" w14:textId="04414E89" w:rsidR="004859E1" w:rsidRPr="00091D37" w:rsidRDefault="001C5691">
      <w:pPr>
        <w:spacing w:after="0" w:line="240" w:lineRule="auto"/>
      </w:pPr>
      <w:r w:rsidRPr="00091D37">
        <w:rPr>
          <w:b/>
        </w:rPr>
        <w:t>LUGAR Y FECHA.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EA086D9" w14:textId="77777777">
        <w:trPr>
          <w:jc w:val="center"/>
        </w:trPr>
        <w:tc>
          <w:tcPr>
            <w:tcW w:w="10368" w:type="dxa"/>
          </w:tcPr>
          <w:p w14:paraId="7876BF94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Chetumal, Quintana Roo, a ____ de __________________ del año ________.</w:t>
            </w:r>
          </w:p>
        </w:tc>
      </w:tr>
    </w:tbl>
    <w:p w14:paraId="7AEEF0BF" w14:textId="77777777" w:rsidR="00880277" w:rsidRPr="008C3675" w:rsidRDefault="00880277">
      <w:pPr>
        <w:spacing w:after="0" w:line="240" w:lineRule="auto"/>
        <w:rPr>
          <w:b/>
          <w:sz w:val="12"/>
          <w:szCs w:val="12"/>
        </w:rPr>
      </w:pPr>
    </w:p>
    <w:p w14:paraId="6F623D39" w14:textId="367E938C" w:rsidR="004859E1" w:rsidRPr="00091D37" w:rsidRDefault="001C5691">
      <w:pPr>
        <w:spacing w:after="0" w:line="240" w:lineRule="auto"/>
        <w:rPr>
          <w:color w:val="C00000"/>
        </w:rPr>
      </w:pPr>
      <w:r w:rsidRPr="00091D37">
        <w:rPr>
          <w:b/>
        </w:rPr>
        <w:t xml:space="preserve">ACUSE DE RECIBO DEL </w:t>
      </w:r>
      <w:r w:rsidR="00165C7E" w:rsidRPr="00091D37">
        <w:rPr>
          <w:b/>
          <w:color w:val="C00000"/>
        </w:rPr>
        <w:t>(nombre del Sujeto Obligado)</w:t>
      </w:r>
      <w:r w:rsidRPr="00091D37">
        <w:rPr>
          <w:b/>
          <w:color w:val="C00000"/>
        </w:rPr>
        <w:t>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1FBE6505" w14:textId="77777777">
        <w:trPr>
          <w:jc w:val="center"/>
        </w:trPr>
        <w:tc>
          <w:tcPr>
            <w:tcW w:w="10368" w:type="dxa"/>
          </w:tcPr>
          <w:p w14:paraId="26D3A06E" w14:textId="07A3BE52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Este espacio debe ser llenado exclusivamente por personal del </w:t>
            </w:r>
            <w:r w:rsidR="00165C7E" w:rsidRPr="00091D37">
              <w:rPr>
                <w:color w:val="C00000"/>
                <w:sz w:val="16"/>
                <w:szCs w:val="16"/>
              </w:rPr>
              <w:t>(nombre del Sujeto obligado)</w:t>
            </w:r>
            <w:r w:rsidRPr="00091D37">
              <w:rPr>
                <w:color w:val="C00000"/>
                <w:sz w:val="16"/>
                <w:szCs w:val="16"/>
              </w:rPr>
              <w:t>.</w:t>
            </w:r>
          </w:p>
        </w:tc>
      </w:tr>
      <w:tr w:rsidR="004859E1" w:rsidRPr="00091D37" w14:paraId="46ADBC52" w14:textId="77777777">
        <w:trPr>
          <w:jc w:val="center"/>
        </w:trPr>
        <w:tc>
          <w:tcPr>
            <w:tcW w:w="10368" w:type="dxa"/>
          </w:tcPr>
          <w:p w14:paraId="6636281D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y firma de la persona servidora pública __________________________    Sello y fecha de recibido __________________________</w:t>
            </w:r>
          </w:p>
        </w:tc>
      </w:tr>
    </w:tbl>
    <w:p w14:paraId="091DABFA" w14:textId="42EB3F98" w:rsidR="00880277" w:rsidRPr="00091D37" w:rsidRDefault="001C5691">
      <w:pPr>
        <w:spacing w:after="0" w:line="240" w:lineRule="auto"/>
        <w:rPr>
          <w:sz w:val="14"/>
          <w:szCs w:val="14"/>
        </w:rPr>
      </w:pPr>
      <w:r w:rsidRPr="00091D37">
        <w:rPr>
          <w:sz w:val="14"/>
          <w:szCs w:val="14"/>
        </w:rPr>
        <w:t>NOTA: Todos los campos marcados con asterisco son opcionale</w:t>
      </w:r>
      <w:r w:rsidR="007006B1" w:rsidRPr="00091D37">
        <w:rPr>
          <w:sz w:val="14"/>
          <w:szCs w:val="14"/>
        </w:rPr>
        <w:t>s.</w:t>
      </w:r>
    </w:p>
    <w:p w14:paraId="515318F6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07201" w:rsidRPr="00C56CFE" w14:paraId="3D9EFA51" w14:textId="77777777" w:rsidTr="00F55433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F53D1A9" w14:textId="18AB5468" w:rsidR="00A07201" w:rsidRPr="00C56CFE" w:rsidRDefault="00A07201" w:rsidP="008C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AVISO DE PRIVACIDAD SIMPLIFICADO PARA LA INTERPOSICIÓN DEL RECURSO DE REVISIÓN EN MATERIA DE </w:t>
            </w:r>
            <w:r>
              <w:rPr>
                <w:b/>
                <w:sz w:val="16"/>
                <w:szCs w:val="16"/>
              </w:rPr>
              <w:t>ACCESO A LA INFORMACIÓN PÚBLICA DEL ESTADO DE QUINTANA ROO</w:t>
            </w:r>
          </w:p>
        </w:tc>
      </w:tr>
      <w:tr w:rsidR="00A07201" w:rsidRPr="00C56CFE" w14:paraId="59C82CA6" w14:textId="77777777" w:rsidTr="00F55433">
        <w:trPr>
          <w:jc w:val="center"/>
        </w:trPr>
        <w:tc>
          <w:tcPr>
            <w:tcW w:w="10368" w:type="dxa"/>
          </w:tcPr>
          <w:p w14:paraId="6EC3CFCE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En cumplimiento a la Ley General de Protección de Datos Personales en Posesión de Sujetos Obligados y la Ley de Protección de Datos Personales en Posesión de Sujetos Obligados del Estado de Quintana Roo, el </w:t>
            </w:r>
            <w:r w:rsidRPr="00FC057E">
              <w:rPr>
                <w:bCs/>
                <w:color w:val="C00000"/>
                <w:sz w:val="13"/>
                <w:szCs w:val="13"/>
              </w:rPr>
              <w:t xml:space="preserve">(nombre del sujeto obligado), </w:t>
            </w:r>
            <w:r w:rsidRPr="00FC057E">
              <w:rPr>
                <w:bCs/>
                <w:sz w:val="13"/>
                <w:szCs w:val="13"/>
              </w:rPr>
              <w:t xml:space="preserve">con domicilio ubicado en </w:t>
            </w:r>
            <w:r w:rsidRPr="00FC057E">
              <w:rPr>
                <w:bCs/>
                <w:color w:val="C00000"/>
                <w:sz w:val="13"/>
                <w:szCs w:val="13"/>
              </w:rPr>
              <w:t>(domicilio del Sujeto Obligado)</w:t>
            </w:r>
            <w:r w:rsidRPr="00FC057E">
              <w:rPr>
                <w:bCs/>
                <w:sz w:val="13"/>
                <w:szCs w:val="13"/>
              </w:rPr>
              <w:t xml:space="preserve">, en su calidad de Sujeto Obligado informa que es el responsable del tratamiento de los Datos Personales que proporcione, los cuales serán protegidos de conformidad con lo dispuesto en los citados ordenamientos y demás que resulten aplicables. </w:t>
            </w:r>
          </w:p>
          <w:p w14:paraId="724D61F8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2D89B952" w14:textId="77777777" w:rsidR="00A07201" w:rsidRPr="00FC057E" w:rsidRDefault="00A07201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  <w:r w:rsidRPr="00FC057E">
              <w:rPr>
                <w:b/>
                <w:sz w:val="13"/>
                <w:szCs w:val="13"/>
              </w:rPr>
              <w:t xml:space="preserve">¿Qué datos personales se recaban y para qué finalidad? </w:t>
            </w:r>
          </w:p>
          <w:p w14:paraId="20FCAF05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47986A61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Los datos personales que proporcione en el recurso de revisión que se presente ante </w:t>
            </w:r>
            <w:r w:rsidRPr="00FC057E">
              <w:rPr>
                <w:bCs/>
                <w:color w:val="C00000"/>
                <w:sz w:val="13"/>
                <w:szCs w:val="13"/>
              </w:rPr>
              <w:t>el o la (nombre del Sujeto Obligado)</w:t>
            </w:r>
            <w:r w:rsidRPr="00FC057E">
              <w:rPr>
                <w:bCs/>
                <w:sz w:val="13"/>
                <w:szCs w:val="13"/>
              </w:rPr>
              <w:t xml:space="preserve">, por: </w:t>
            </w:r>
          </w:p>
          <w:p w14:paraId="56AACD0F" w14:textId="656F04DA" w:rsidR="00A07201" w:rsidRPr="00FC057E" w:rsidRDefault="00A07201" w:rsidP="008C367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Por escrito: a) Libre o en el formato que corresponda, presentado de manera directa y personal en la oficina u oficinas de la Unidad de Transparencia, designadas para ello; b) A través de correo postal ordinario o certificado, o c) A través de servicio de mensajería; </w:t>
            </w:r>
          </w:p>
          <w:p w14:paraId="3089F72E" w14:textId="4B185A29" w:rsidR="00A07201" w:rsidRPr="00FC057E" w:rsidRDefault="00A07201" w:rsidP="008C367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Por medios electrónicos: a) A través de la Plataforma Nacional, por medio de su Sistema de Gestión de Medios de Impugnación o b) A través de cualquier otro aprobado por el Sistema Nacional, de conformidad con el artículo 45 fracción II de la Ley General, que son los medios y modalidades previstos en el artículo 158 de la Ley de Transparencia y Acceso a la Información Pública del Estado de Quintana Roo.</w:t>
            </w:r>
          </w:p>
          <w:p w14:paraId="4BF6061A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Se utilizarán para las siguientes finalidades: </w:t>
            </w:r>
          </w:p>
          <w:p w14:paraId="777E5191" w14:textId="77777777" w:rsidR="00B74072" w:rsidRPr="00FC057E" w:rsidRDefault="00A07201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Registrar, abrir, integrar y analizar el expediente respectivo; decretar la prevención, admisión o </w:t>
            </w:r>
            <w:proofErr w:type="spellStart"/>
            <w:r w:rsidRPr="00FC057E">
              <w:rPr>
                <w:bCs/>
                <w:sz w:val="13"/>
                <w:szCs w:val="13"/>
              </w:rPr>
              <w:t>desechami</w:t>
            </w:r>
            <w:r w:rsidR="00B74072" w:rsidRPr="00FC057E">
              <w:rPr>
                <w:bCs/>
                <w:sz w:val="13"/>
                <w:szCs w:val="13"/>
              </w:rPr>
              <w:t>ento</w:t>
            </w:r>
            <w:proofErr w:type="spellEnd"/>
            <w:r w:rsidR="00B74072" w:rsidRPr="00FC057E">
              <w:rPr>
                <w:bCs/>
                <w:sz w:val="13"/>
                <w:szCs w:val="13"/>
              </w:rPr>
              <w:t xml:space="preserve"> del recurso de revisión, </w:t>
            </w:r>
            <w:r w:rsidRPr="00FC057E">
              <w:rPr>
                <w:bCs/>
                <w:sz w:val="13"/>
                <w:szCs w:val="13"/>
              </w:rPr>
              <w:t xml:space="preserve">en su caso; </w:t>
            </w:r>
          </w:p>
          <w:p w14:paraId="0A24451C" w14:textId="77777777" w:rsidR="00B74072" w:rsidRPr="00FC057E" w:rsidRDefault="00B74072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S</w:t>
            </w:r>
            <w:r w:rsidR="00A07201" w:rsidRPr="00FC057E">
              <w:rPr>
                <w:bCs/>
                <w:sz w:val="13"/>
                <w:szCs w:val="13"/>
              </w:rPr>
              <w:t xml:space="preserve">ustanciar los recursos de revisión en los términos previstos en la Ley y demás normatividad aplicable; </w:t>
            </w:r>
          </w:p>
          <w:p w14:paraId="18B8ABDE" w14:textId="77777777" w:rsidR="00B74072" w:rsidRPr="00FC057E" w:rsidRDefault="00B74072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E</w:t>
            </w:r>
            <w:r w:rsidR="00A07201" w:rsidRPr="00FC057E">
              <w:rPr>
                <w:bCs/>
                <w:sz w:val="13"/>
                <w:szCs w:val="13"/>
              </w:rPr>
              <w:t xml:space="preserve">laborar los proyectos de resolución, así como realizar de manera personal, electrónica, o por estrados, las publicaciones y notificaciones que se deriven de dichos procesos. </w:t>
            </w:r>
          </w:p>
          <w:p w14:paraId="5FA713C5" w14:textId="77777777" w:rsidR="00B74072" w:rsidRPr="00FC057E" w:rsidRDefault="00B74072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7721F628" w14:textId="77777777" w:rsidR="00862F76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Para los fines antes señalados se solicitan los siguientes datos personales: el nombre de la persona que recurre o de su representante y, en su caso, del tercero interesado, </w:t>
            </w:r>
            <w:r w:rsidR="00862F76" w:rsidRPr="00FC057E">
              <w:rPr>
                <w:bCs/>
                <w:sz w:val="13"/>
                <w:szCs w:val="13"/>
              </w:rPr>
              <w:t xml:space="preserve">firma autógrafa, </w:t>
            </w:r>
            <w:r w:rsidRPr="00FC057E">
              <w:rPr>
                <w:bCs/>
                <w:sz w:val="13"/>
                <w:szCs w:val="13"/>
              </w:rPr>
              <w:t>así como la dirección, correo electrónico o folio de la solicitud que señale para recibir notificaciones.</w:t>
            </w:r>
          </w:p>
          <w:p w14:paraId="6750BDF5" w14:textId="77777777" w:rsidR="00862F76" w:rsidRPr="00FC057E" w:rsidRDefault="00862F76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0415DB60" w14:textId="34FF2296" w:rsidR="00B74072" w:rsidRPr="00FC057E" w:rsidRDefault="00862F76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Datos sensibles: huella digital.</w:t>
            </w:r>
            <w:r w:rsidR="00A07201" w:rsidRPr="00FC057E">
              <w:rPr>
                <w:bCs/>
                <w:sz w:val="13"/>
                <w:szCs w:val="13"/>
              </w:rPr>
              <w:t xml:space="preserve"> </w:t>
            </w:r>
          </w:p>
          <w:p w14:paraId="3899C203" w14:textId="77777777" w:rsidR="00B74072" w:rsidRPr="00FC057E" w:rsidRDefault="00B74072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18F8E463" w14:textId="77777777" w:rsidR="00B74072" w:rsidRPr="00FC057E" w:rsidRDefault="00A07201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  <w:r w:rsidRPr="00FC057E">
              <w:rPr>
                <w:b/>
                <w:sz w:val="13"/>
                <w:szCs w:val="13"/>
              </w:rPr>
              <w:t xml:space="preserve">Transferencia de Datos Personales </w:t>
            </w:r>
          </w:p>
          <w:p w14:paraId="6E97576F" w14:textId="77777777" w:rsidR="00E86BBE" w:rsidRPr="00FC057E" w:rsidRDefault="00E86BBE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</w:p>
          <w:p w14:paraId="4B201472" w14:textId="77777777" w:rsidR="00B74072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lastRenderedPageBreak/>
              <w:t xml:space="preserve">Se informa que no se realizarán transferencias de datos personales a terceras personas, distintas a las partes que intervienen en el </w:t>
            </w:r>
            <w:r w:rsidR="00B74072" w:rsidRPr="00FC057E">
              <w:rPr>
                <w:bCs/>
                <w:sz w:val="13"/>
                <w:szCs w:val="13"/>
              </w:rPr>
              <w:t>recurso de revisión, salv</w:t>
            </w:r>
            <w:r w:rsidRPr="00FC057E">
              <w:rPr>
                <w:bCs/>
                <w:sz w:val="13"/>
                <w:szCs w:val="13"/>
              </w:rPr>
              <w:t xml:space="preserve">o aquéllas que sean necesarias para atender requerimientos de información de autoridad competente, que estén debidamente fundados y motivados. </w:t>
            </w:r>
          </w:p>
          <w:p w14:paraId="7A6397EC" w14:textId="66724569" w:rsidR="00A07201" w:rsidRPr="00B74072" w:rsidRDefault="00A07201" w:rsidP="008C3675">
            <w:p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FC057E">
              <w:rPr>
                <w:bCs/>
                <w:sz w:val="13"/>
                <w:szCs w:val="13"/>
              </w:rPr>
              <w:t xml:space="preserve">Usted podrá consultar el Aviso de Privacidad Integral en el sitio web del </w:t>
            </w:r>
            <w:r w:rsidR="00B74072" w:rsidRPr="00FC057E">
              <w:rPr>
                <w:bCs/>
                <w:color w:val="C00000"/>
                <w:sz w:val="13"/>
                <w:szCs w:val="13"/>
              </w:rPr>
              <w:t>(sujeto obligado)</w:t>
            </w:r>
            <w:r w:rsidR="00B74072" w:rsidRPr="00FC057E">
              <w:rPr>
                <w:bCs/>
                <w:sz w:val="13"/>
                <w:szCs w:val="13"/>
              </w:rPr>
              <w:t xml:space="preserve"> o domicilio del </w:t>
            </w:r>
            <w:r w:rsidR="00B74072" w:rsidRPr="00FC057E">
              <w:rPr>
                <w:bCs/>
                <w:color w:val="C00000"/>
                <w:sz w:val="13"/>
                <w:szCs w:val="13"/>
              </w:rPr>
              <w:t>(sujeto obligado).</w:t>
            </w:r>
          </w:p>
        </w:tc>
      </w:tr>
    </w:tbl>
    <w:p w14:paraId="4A00931E" w14:textId="77777777" w:rsidR="00E8024F" w:rsidRPr="00091D37" w:rsidRDefault="00E8024F">
      <w:pPr>
        <w:spacing w:after="0" w:line="240" w:lineRule="auto"/>
        <w:rPr>
          <w:b/>
        </w:rPr>
      </w:pPr>
    </w:p>
    <w:sectPr w:rsidR="00E8024F" w:rsidRPr="00091D37" w:rsidSect="00034616">
      <w:headerReference w:type="default" r:id="rId8"/>
      <w:footerReference w:type="default" r:id="rId9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91EFD" w14:textId="77777777" w:rsidR="009A7670" w:rsidRPr="00091D37" w:rsidRDefault="009A7670" w:rsidP="00165C7E">
      <w:pPr>
        <w:spacing w:after="0" w:line="240" w:lineRule="auto"/>
      </w:pPr>
      <w:r w:rsidRPr="00091D37">
        <w:separator/>
      </w:r>
    </w:p>
  </w:endnote>
  <w:endnote w:type="continuationSeparator" w:id="0">
    <w:p w14:paraId="2CDA03AA" w14:textId="77777777" w:rsidR="009A7670" w:rsidRPr="00091D37" w:rsidRDefault="009A7670" w:rsidP="00165C7E">
      <w:pPr>
        <w:spacing w:after="0" w:line="240" w:lineRule="auto"/>
      </w:pPr>
      <w:r w:rsidRPr="00091D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D4B8A" w14:textId="2C129471" w:rsidR="007E4D88" w:rsidRDefault="007E4D88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5FD58FF6" wp14:editId="5238C554">
          <wp:simplePos x="0" y="0"/>
          <wp:positionH relativeFrom="margin">
            <wp:align>right</wp:align>
          </wp:positionH>
          <wp:positionV relativeFrom="paragraph">
            <wp:posOffset>47763</wp:posOffset>
          </wp:positionV>
          <wp:extent cx="1288901" cy="434645"/>
          <wp:effectExtent l="0" t="0" r="6985" b="3810"/>
          <wp:wrapTight wrapText="bothSides">
            <wp:wrapPolygon edited="0">
              <wp:start x="2555" y="0"/>
              <wp:lineTo x="639" y="2842"/>
              <wp:lineTo x="319" y="6632"/>
              <wp:lineTo x="319" y="20842"/>
              <wp:lineTo x="16607" y="20842"/>
              <wp:lineTo x="21398" y="20842"/>
              <wp:lineTo x="21398" y="17053"/>
              <wp:lineTo x="17885" y="15158"/>
              <wp:lineTo x="21398" y="10421"/>
              <wp:lineTo x="21398" y="947"/>
              <wp:lineTo x="8942" y="0"/>
              <wp:lineTo x="2555" y="0"/>
            </wp:wrapPolygon>
          </wp:wrapTight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901" cy="434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29E20" w14:textId="77777777" w:rsidR="009A7670" w:rsidRPr="00091D37" w:rsidRDefault="009A7670" w:rsidP="00165C7E">
      <w:pPr>
        <w:spacing w:after="0" w:line="240" w:lineRule="auto"/>
      </w:pPr>
      <w:r w:rsidRPr="00091D37">
        <w:separator/>
      </w:r>
    </w:p>
  </w:footnote>
  <w:footnote w:type="continuationSeparator" w:id="0">
    <w:p w14:paraId="0B9D806F" w14:textId="77777777" w:rsidR="009A7670" w:rsidRPr="00091D37" w:rsidRDefault="009A7670" w:rsidP="00165C7E">
      <w:pPr>
        <w:spacing w:after="0" w:line="240" w:lineRule="auto"/>
      </w:pPr>
      <w:r w:rsidRPr="00091D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B59CF" w14:textId="6EFC495E" w:rsidR="009C41E7" w:rsidRDefault="008C3675" w:rsidP="007006B1">
    <w:pPr>
      <w:spacing w:after="0" w:line="240" w:lineRule="auto"/>
      <w:ind w:right="-994"/>
      <w:rPr>
        <w:rFonts w:cs="Arial"/>
        <w:b/>
        <w:bCs/>
        <w:szCs w:val="20"/>
      </w:rPr>
    </w:pPr>
    <w:r>
      <w:rPr>
        <w:rFonts w:cs="Arial"/>
        <w:b/>
        <w:noProof/>
        <w:color w:val="000000"/>
        <w:lang w:eastAsia="es-MX"/>
      </w:rPr>
      <w:drawing>
        <wp:anchor distT="0" distB="0" distL="114300" distR="114300" simplePos="0" relativeHeight="251661312" behindDoc="1" locked="0" layoutInCell="1" allowOverlap="1" wp14:anchorId="1B2F85DF" wp14:editId="277CB505">
          <wp:simplePos x="0" y="0"/>
          <wp:positionH relativeFrom="column">
            <wp:posOffset>0</wp:posOffset>
          </wp:positionH>
          <wp:positionV relativeFrom="paragraph">
            <wp:posOffset>-146202</wp:posOffset>
          </wp:positionV>
          <wp:extent cx="2124075" cy="524510"/>
          <wp:effectExtent l="0" t="0" r="9525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2E41E8" w14:textId="65459A4A" w:rsidR="009C41E7" w:rsidRDefault="009C41E7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1C7BF4B9" w14:textId="665959B0" w:rsidR="009C41E7" w:rsidRDefault="009C41E7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4149200A" w14:textId="77777777" w:rsidR="008C3675" w:rsidRDefault="008C3675" w:rsidP="008C3675">
    <w:pPr>
      <w:spacing w:after="0" w:line="240" w:lineRule="auto"/>
      <w:ind w:right="-994"/>
      <w:rPr>
        <w:rFonts w:cs="Arial"/>
        <w:bCs/>
        <w:szCs w:val="20"/>
      </w:rPr>
    </w:pPr>
  </w:p>
  <w:p w14:paraId="42CD71F2" w14:textId="77777777" w:rsidR="00FC057E" w:rsidRDefault="00FC057E" w:rsidP="00FC057E">
    <w:pPr>
      <w:spacing w:after="0" w:line="240" w:lineRule="auto"/>
      <w:ind w:right="20"/>
      <w:jc w:val="center"/>
      <w:rPr>
        <w:rFonts w:cs="Arial"/>
        <w:b/>
        <w:sz w:val="24"/>
        <w:szCs w:val="24"/>
      </w:rPr>
    </w:pPr>
    <w:r w:rsidRPr="00FC057E">
      <w:rPr>
        <w:rFonts w:cs="Arial"/>
        <w:b/>
        <w:sz w:val="24"/>
        <w:szCs w:val="24"/>
      </w:rPr>
      <w:t xml:space="preserve">Formato de recepción de recursos de revisión en materia de </w:t>
    </w:r>
  </w:p>
  <w:p w14:paraId="3501B37A" w14:textId="2893A27E" w:rsidR="008C3675" w:rsidRPr="00FC057E" w:rsidRDefault="00FC057E" w:rsidP="00FC057E">
    <w:pPr>
      <w:spacing w:after="0" w:line="240" w:lineRule="auto"/>
      <w:ind w:right="20"/>
      <w:jc w:val="center"/>
      <w:rPr>
        <w:rFonts w:cs="Arial"/>
        <w:b/>
        <w:bCs/>
        <w:sz w:val="24"/>
        <w:szCs w:val="24"/>
      </w:rPr>
    </w:pPr>
    <w:r w:rsidRPr="00FC057E">
      <w:rPr>
        <w:rFonts w:cs="Arial"/>
        <w:b/>
        <w:sz w:val="24"/>
        <w:szCs w:val="24"/>
      </w:rPr>
      <w:t>acceso a la información pública</w:t>
    </w:r>
  </w:p>
  <w:p w14:paraId="5152F584" w14:textId="77777777" w:rsidR="00FC057E" w:rsidRDefault="00FC057E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2B8E248F" w14:textId="5F977AE8" w:rsidR="00165C7E" w:rsidRDefault="00165C7E" w:rsidP="007006B1">
    <w:pPr>
      <w:spacing w:after="0" w:line="240" w:lineRule="auto"/>
      <w:ind w:right="-994"/>
      <w:rPr>
        <w:szCs w:val="20"/>
      </w:rPr>
    </w:pPr>
    <w:r w:rsidRPr="006516B6">
      <w:rPr>
        <w:rFonts w:cs="Arial"/>
        <w:b/>
        <w:bCs/>
        <w:szCs w:val="20"/>
      </w:rPr>
      <w:t>Nombre del Sujeto Obligado:</w:t>
    </w:r>
    <w:r w:rsidRPr="006516B6">
      <w:rPr>
        <w:szCs w:val="20"/>
      </w:rPr>
      <w:t xml:space="preserve"> ____________________________________________________________</w:t>
    </w:r>
  </w:p>
  <w:p w14:paraId="70AF4821" w14:textId="77777777" w:rsidR="008C3675" w:rsidRPr="006516B6" w:rsidRDefault="008C3675" w:rsidP="007006B1">
    <w:pPr>
      <w:spacing w:after="0" w:line="240" w:lineRule="auto"/>
      <w:ind w:right="-994"/>
      <w:rPr>
        <w:rFonts w:cs="Arial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0CE5"/>
    <w:multiLevelType w:val="hybridMultilevel"/>
    <w:tmpl w:val="D90C43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469D6"/>
    <w:multiLevelType w:val="hybridMultilevel"/>
    <w:tmpl w:val="F124A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5E8B"/>
    <w:multiLevelType w:val="hybridMultilevel"/>
    <w:tmpl w:val="5CF8F6F0"/>
    <w:lvl w:ilvl="0" w:tplc="E62E08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D62F1"/>
    <w:multiLevelType w:val="hybridMultilevel"/>
    <w:tmpl w:val="22080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43F5F"/>
    <w:multiLevelType w:val="hybridMultilevel"/>
    <w:tmpl w:val="7608AF8C"/>
    <w:lvl w:ilvl="0" w:tplc="08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529102065">
    <w:abstractNumId w:val="9"/>
  </w:num>
  <w:num w:numId="11" w16cid:durableId="553586227">
    <w:abstractNumId w:val="12"/>
  </w:num>
  <w:num w:numId="12" w16cid:durableId="717777431">
    <w:abstractNumId w:val="11"/>
  </w:num>
  <w:num w:numId="13" w16cid:durableId="1702197090">
    <w:abstractNumId w:val="14"/>
  </w:num>
  <w:num w:numId="14" w16cid:durableId="1558124749">
    <w:abstractNumId w:val="10"/>
  </w:num>
  <w:num w:numId="15" w16cid:durableId="7451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4B6"/>
    <w:rsid w:val="00091D37"/>
    <w:rsid w:val="0015074B"/>
    <w:rsid w:val="00165C7E"/>
    <w:rsid w:val="0018361C"/>
    <w:rsid w:val="00193E53"/>
    <w:rsid w:val="001B70C6"/>
    <w:rsid w:val="001C3380"/>
    <w:rsid w:val="001C5691"/>
    <w:rsid w:val="0029639D"/>
    <w:rsid w:val="003063EC"/>
    <w:rsid w:val="00326F90"/>
    <w:rsid w:val="003543F0"/>
    <w:rsid w:val="00375555"/>
    <w:rsid w:val="00433ABD"/>
    <w:rsid w:val="00473B3D"/>
    <w:rsid w:val="004859E1"/>
    <w:rsid w:val="004B36EE"/>
    <w:rsid w:val="00510329"/>
    <w:rsid w:val="005C407A"/>
    <w:rsid w:val="005F14B1"/>
    <w:rsid w:val="006516B6"/>
    <w:rsid w:val="006702A4"/>
    <w:rsid w:val="007006B1"/>
    <w:rsid w:val="007B7B71"/>
    <w:rsid w:val="007D56B0"/>
    <w:rsid w:val="007E4D88"/>
    <w:rsid w:val="00862F76"/>
    <w:rsid w:val="00875BCD"/>
    <w:rsid w:val="00880277"/>
    <w:rsid w:val="008C0B5E"/>
    <w:rsid w:val="008C3675"/>
    <w:rsid w:val="00951AD2"/>
    <w:rsid w:val="00987E4A"/>
    <w:rsid w:val="009A7670"/>
    <w:rsid w:val="009C41E7"/>
    <w:rsid w:val="009D7342"/>
    <w:rsid w:val="009E3ABF"/>
    <w:rsid w:val="00A07201"/>
    <w:rsid w:val="00A1631E"/>
    <w:rsid w:val="00A34A48"/>
    <w:rsid w:val="00AA1D8D"/>
    <w:rsid w:val="00B11091"/>
    <w:rsid w:val="00B31260"/>
    <w:rsid w:val="00B47730"/>
    <w:rsid w:val="00B74072"/>
    <w:rsid w:val="00BE1908"/>
    <w:rsid w:val="00C50977"/>
    <w:rsid w:val="00CB0664"/>
    <w:rsid w:val="00D41DB1"/>
    <w:rsid w:val="00D606D0"/>
    <w:rsid w:val="00D63616"/>
    <w:rsid w:val="00E8024F"/>
    <w:rsid w:val="00E86BBE"/>
    <w:rsid w:val="00FB4D6B"/>
    <w:rsid w:val="00FC057E"/>
    <w:rsid w:val="00FC693F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1327</Words>
  <Characters>7300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JESUS D</cp:lastModifiedBy>
  <cp:revision>3</cp:revision>
  <dcterms:created xsi:type="dcterms:W3CDTF">2026-08-17T20:58:00Z</dcterms:created>
  <dcterms:modified xsi:type="dcterms:W3CDTF">2026-10-14T15:25:00Z</dcterms:modified>
  <cp:category/>
</cp:coreProperties>
</file>